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8A7" w:rsidRDefault="00AF13D1">
      <w:pPr>
        <w:spacing w:before="40" w:after="40" w:line="240" w:lineRule="auto"/>
        <w:jc w:val="center"/>
      </w:pPr>
      <w:r>
        <w:rPr>
          <w:b/>
          <w:sz w:val="24"/>
        </w:rPr>
        <w:t>ПРИЛОЖЕНИЕ № 2и</w:t>
      </w:r>
    </w:p>
    <w:p w:rsidR="00D538A7" w:rsidRDefault="00AF13D1">
      <w:pPr>
        <w:spacing w:before="40" w:after="100" w:line="240" w:lineRule="auto"/>
        <w:jc w:val="center"/>
      </w:pPr>
      <w:r>
        <w:rPr>
          <w:b/>
          <w:sz w:val="32"/>
        </w:rPr>
        <w:t>ОБЯСНИТЕЛНА ЗАПИСКА</w:t>
      </w:r>
    </w:p>
    <w:p w:rsidR="00D538A7" w:rsidRDefault="00AF13D1">
      <w:pPr>
        <w:spacing w:after="160"/>
        <w:jc w:val="center"/>
      </w:pPr>
      <w:r>
        <w:rPr>
          <w:i/>
          <w:color w:val="404040"/>
          <w:sz w:val="23"/>
        </w:rPr>
        <w:t>за инвестиционна</w:t>
      </w:r>
      <w:r w:rsidR="0001332A">
        <w:rPr>
          <w:i/>
          <w:color w:val="404040"/>
          <w:sz w:val="23"/>
        </w:rPr>
        <w:t>та</w:t>
      </w:r>
      <w:r>
        <w:rPr>
          <w:i/>
          <w:color w:val="404040"/>
          <w:sz w:val="23"/>
        </w:rPr>
        <w:t xml:space="preserve"> политика в системата на първостепенния разпоредител с бюджет</w:t>
      </w:r>
      <w:r w:rsidR="0001332A">
        <w:rPr>
          <w:i/>
          <w:color w:val="404040"/>
          <w:sz w:val="23"/>
        </w:rPr>
        <w:t xml:space="preserve"> по проекти и/или обекти</w:t>
      </w:r>
      <w:r>
        <w:rPr>
          <w:i/>
          <w:color w:val="404040"/>
          <w:sz w:val="23"/>
        </w:rPr>
        <w:t xml:space="preserve"> за периода 2027–2029 г.</w:t>
      </w:r>
      <w:r>
        <w:rPr>
          <w:i/>
          <w:color w:val="404040"/>
          <w:sz w:val="23"/>
        </w:rPr>
        <w:br/>
        <w:t>към приложения № 2иа, № 2иб и № 2ив</w:t>
      </w:r>
    </w:p>
    <w:tbl>
      <w:tblPr>
        <w:tblW w:w="9643" w:type="dxa"/>
        <w:tblInd w:w="120" w:type="dxa"/>
        <w:tblBorders>
          <w:top w:val="single" w:sz="6" w:space="0" w:color="8C8C8C"/>
          <w:left w:val="single" w:sz="6" w:space="0" w:color="8C8C8C"/>
          <w:bottom w:val="single" w:sz="6" w:space="0" w:color="8C8C8C"/>
          <w:right w:val="single" w:sz="6" w:space="0" w:color="8C8C8C"/>
          <w:insideH w:val="single" w:sz="6" w:space="0" w:color="8C8C8C"/>
          <w:insideV w:val="single" w:sz="6" w:space="0" w:color="8C8C8C"/>
        </w:tblBorders>
        <w:tblLayout w:type="fixed"/>
        <w:tblLook w:val="04A0" w:firstRow="1" w:lastRow="0" w:firstColumn="1" w:lastColumn="0" w:noHBand="0" w:noVBand="1"/>
      </w:tblPr>
      <w:tblGrid>
        <w:gridCol w:w="2780"/>
        <w:gridCol w:w="6863"/>
      </w:tblGrid>
      <w:tr w:rsidR="00D538A7" w:rsidTr="00722267">
        <w:trPr>
          <w:trHeight w:val="307"/>
        </w:trPr>
        <w:tc>
          <w:tcPr>
            <w:tcW w:w="278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D538A7" w:rsidRDefault="00AF13D1">
            <w:pPr>
              <w:spacing w:after="0" w:line="240" w:lineRule="auto"/>
            </w:pPr>
            <w:r>
              <w:rPr>
                <w:b/>
                <w:sz w:val="21"/>
              </w:rPr>
              <w:t>Първостепенен разпоредител с бюджет</w:t>
            </w:r>
          </w:p>
        </w:tc>
        <w:tc>
          <w:tcPr>
            <w:tcW w:w="6863" w:type="dxa"/>
            <w:shd w:val="clear" w:color="auto" w:fill="F7F7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sdt>
            <w:sdtPr>
              <w:alias w:val="Наименование на ПРБ"/>
              <w:tag w:val="PRB_NAME"/>
              <w:id w:val="2001"/>
              <w:placeholder>
                <w:docPart w:val="1353143B004D4555AF8CEEFC94D19627"/>
              </w:placeholder>
              <w:showingPlcHdr/>
              <w:text/>
            </w:sdtPr>
            <w:sdtEndPr/>
            <w:sdtContent>
              <w:p w:rsidR="00D538A7" w:rsidRDefault="0055180B" w:rsidP="0055180B">
                <w:pPr>
                  <w:spacing w:after="0"/>
                </w:pPr>
                <w:r>
                  <w:rPr>
                    <w:i/>
                    <w:color w:val="666666"/>
                  </w:rPr>
                  <w:t>[Въведете пълното наименование.]</w:t>
                </w:r>
              </w:p>
            </w:sdtContent>
          </w:sdt>
        </w:tc>
      </w:tr>
      <w:tr w:rsidR="00D538A7" w:rsidTr="00722267">
        <w:trPr>
          <w:trHeight w:val="214"/>
        </w:trPr>
        <w:tc>
          <w:tcPr>
            <w:tcW w:w="278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D538A7" w:rsidRDefault="00AF13D1">
            <w:pPr>
              <w:spacing w:after="0" w:line="240" w:lineRule="auto"/>
            </w:pPr>
            <w:r>
              <w:rPr>
                <w:b/>
                <w:sz w:val="21"/>
              </w:rPr>
              <w:t>Код по ЕБК</w:t>
            </w:r>
          </w:p>
        </w:tc>
        <w:tc>
          <w:tcPr>
            <w:tcW w:w="6863" w:type="dxa"/>
            <w:shd w:val="clear" w:color="auto" w:fill="F7F7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sdt>
            <w:sdtPr>
              <w:alias w:val="Код по ЕБК"/>
              <w:tag w:val="PRB_EBK_CODE"/>
              <w:id w:val="2002"/>
              <w:placeholder>
                <w:docPart w:val="D93005B02706493BA9B6D81D00B0F9EC"/>
              </w:placeholder>
              <w:showingPlcHdr/>
              <w:text/>
            </w:sdtPr>
            <w:sdtEndPr/>
            <w:sdtContent>
              <w:p w:rsidR="00D538A7" w:rsidRDefault="0055180B" w:rsidP="0055180B">
                <w:pPr>
                  <w:spacing w:after="0"/>
                </w:pPr>
                <w:r>
                  <w:rPr>
                    <w:i/>
                    <w:color w:val="666666"/>
                  </w:rPr>
                  <w:t>[Въведете кода по ЕБК.]</w:t>
                </w:r>
              </w:p>
            </w:sdtContent>
          </w:sdt>
        </w:tc>
      </w:tr>
      <w:tr w:rsidR="002644FB" w:rsidTr="00722267">
        <w:trPr>
          <w:trHeight w:val="149"/>
        </w:trPr>
        <w:tc>
          <w:tcPr>
            <w:tcW w:w="278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2644FB" w:rsidRDefault="002644FB">
            <w:pPr>
              <w:spacing w:after="0" w:line="240" w:lineRule="auto"/>
              <w:rPr>
                <w:b/>
                <w:sz w:val="21"/>
              </w:rPr>
            </w:pPr>
            <w:r>
              <w:rPr>
                <w:b/>
                <w:sz w:val="21"/>
              </w:rPr>
              <w:t>Второстепенен разпоредител с бюджет</w:t>
            </w:r>
          </w:p>
        </w:tc>
        <w:tc>
          <w:tcPr>
            <w:tcW w:w="6863" w:type="dxa"/>
            <w:shd w:val="clear" w:color="auto" w:fill="F7F7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sdt>
            <w:sdtPr>
              <w:alias w:val="Наименование на ВРБ"/>
              <w:tag w:val="VRB_NAME"/>
              <w:id w:val="1706297598"/>
              <w:placeholder>
                <w:docPart w:val="6B16F0D001D04B089D872B0D515E5E73"/>
              </w:placeholder>
              <w:showingPlcHdr/>
              <w:text/>
            </w:sdtPr>
            <w:sdtEndPr/>
            <w:sdtContent>
              <w:p w:rsidR="002644FB" w:rsidRDefault="002644FB" w:rsidP="0055180B">
                <w:pPr>
                  <w:spacing w:after="0"/>
                </w:pPr>
                <w:r>
                  <w:rPr>
                    <w:i/>
                    <w:color w:val="666666"/>
                  </w:rPr>
                  <w:t>[Въведете пълното наименование.]</w:t>
                </w:r>
              </w:p>
            </w:sdtContent>
          </w:sdt>
        </w:tc>
      </w:tr>
    </w:tbl>
    <w:p w:rsidR="00D538A7" w:rsidRDefault="00AF13D1">
      <w:pPr>
        <w:keepNext/>
        <w:spacing w:before="160" w:after="100" w:line="240" w:lineRule="auto"/>
        <w:jc w:val="center"/>
      </w:pPr>
      <w:r>
        <w:rPr>
          <w:b/>
          <w:sz w:val="24"/>
        </w:rPr>
        <w:t>УКАЗАНИЯ ЗА ПОПЪЛВАНЕ</w:t>
      </w:r>
    </w:p>
    <w:p w:rsidR="00D538A7" w:rsidRDefault="00AF13D1" w:rsidP="00DC164A">
      <w:pPr>
        <w:pStyle w:val="ListBullet"/>
        <w:spacing w:after="120"/>
        <w:ind w:left="714" w:hanging="357"/>
        <w:contextualSpacing w:val="0"/>
        <w:jc w:val="both"/>
      </w:pPr>
      <w:r>
        <w:t xml:space="preserve">В приложението се предоставя допълваща описателна информация, която не се съдържа в приложения </w:t>
      </w:r>
      <w:r w:rsidR="0055180B">
        <w:t xml:space="preserve">№№ 2иа, 2иб и </w:t>
      </w:r>
      <w:r>
        <w:t>2ив</w:t>
      </w:r>
      <w:r w:rsidR="0055180B">
        <w:t>;</w:t>
      </w:r>
    </w:p>
    <w:p w:rsidR="00D538A7" w:rsidRDefault="00AF13D1" w:rsidP="00DC164A">
      <w:pPr>
        <w:pStyle w:val="ListBullet"/>
        <w:spacing w:after="120"/>
        <w:ind w:left="714" w:hanging="357"/>
        <w:contextualSpacing w:val="0"/>
        <w:jc w:val="both"/>
      </w:pPr>
      <w:r>
        <w:t xml:space="preserve">Наименованията на проектите </w:t>
      </w:r>
      <w:r w:rsidR="00AF61C2">
        <w:t xml:space="preserve">следва да съответстват на посочените </w:t>
      </w:r>
      <w:r w:rsidR="002414B0">
        <w:t xml:space="preserve">такива </w:t>
      </w:r>
      <w:r w:rsidR="0055180B">
        <w:t>в съответните приложения (</w:t>
      </w:r>
      <w:r w:rsidR="00552B71">
        <w:t xml:space="preserve">№№ </w:t>
      </w:r>
      <w:r w:rsidR="0055180B">
        <w:t>2иа, 2иб и 2ив)</w:t>
      </w:r>
      <w:r>
        <w:t xml:space="preserve">. При </w:t>
      </w:r>
      <w:r w:rsidR="00AF61C2">
        <w:t xml:space="preserve">въвеждане на информация за </w:t>
      </w:r>
      <w:r>
        <w:t xml:space="preserve">нов проект полето за номер/идентификатор </w:t>
      </w:r>
      <w:r w:rsidR="00AF61C2">
        <w:t>не се попълва</w:t>
      </w:r>
      <w:r w:rsidR="002414B0">
        <w:t>.</w:t>
      </w:r>
    </w:p>
    <w:p w:rsidR="002414B0" w:rsidRDefault="002414B0" w:rsidP="00DC164A">
      <w:pPr>
        <w:pStyle w:val="ListBullet"/>
        <w:spacing w:after="120"/>
        <w:ind w:left="714" w:hanging="357"/>
        <w:contextualSpacing w:val="0"/>
        <w:jc w:val="both"/>
      </w:pPr>
      <w:r>
        <w:t xml:space="preserve">Добавянето на нов запис в </w:t>
      </w:r>
      <w:r w:rsidR="00FB7F69">
        <w:t>съответен</w:t>
      </w:r>
      <w:r>
        <w:t xml:space="preserve"> раздел се извършва чрез избор (кликване с мишката) </w:t>
      </w:r>
      <w:r w:rsidR="00ED47E9">
        <w:t xml:space="preserve">на </w:t>
      </w:r>
      <w:r>
        <w:t>съответн</w:t>
      </w:r>
      <w:r w:rsidR="00FB7F69">
        <w:t>ия раздел, при което в долния</w:t>
      </w:r>
      <w:r>
        <w:t xml:space="preserve"> десен ъгъл се визуализира знакът „+“. Чрез натискане на знака „+“ се създава нов запис.</w:t>
      </w:r>
    </w:p>
    <w:p w:rsidR="00AF61C2" w:rsidRDefault="00AF61C2" w:rsidP="00DC164A">
      <w:pPr>
        <w:pStyle w:val="ListBullet"/>
        <w:spacing w:after="120"/>
        <w:ind w:left="714" w:hanging="357"/>
        <w:contextualSpacing w:val="0"/>
        <w:jc w:val="both"/>
      </w:pPr>
      <w:r w:rsidRPr="00A62793">
        <w:t>При необходимост от обобщаване на значителен обем</w:t>
      </w:r>
      <w:r>
        <w:t xml:space="preserve"> информация, за инвестиционни </w:t>
      </w:r>
      <w:r w:rsidRPr="00A62793">
        <w:t>проекти, предложени за финансиране със средства от дър</w:t>
      </w:r>
      <w:r>
        <w:t>жавния бюджет от второстепенни</w:t>
      </w:r>
      <w:r w:rsidRPr="00A62793">
        <w:t xml:space="preserve"> разпоредители с бюджет</w:t>
      </w:r>
      <w:r>
        <w:t>,</w:t>
      </w:r>
      <w:r w:rsidRPr="00A62793">
        <w:t xml:space="preserve"> се допуска към обяснителната записка за инвестиционната политика на ПРБ да бъде приложена обяснителна записка, изготвена от съответния второстепенен разпоредител с бюджет по формата </w:t>
      </w:r>
      <w:r>
        <w:t xml:space="preserve">и спазвайки указанията </w:t>
      </w:r>
      <w:r w:rsidRPr="00A62793">
        <w:t>на настоящото приложение. В тези случаи от ПРБ следва да бъде извършен преглед на представената от второстепенните разпоредители с бюджет информация по отношение на нейната достоверност</w:t>
      </w:r>
      <w:r>
        <w:t xml:space="preserve"> и</w:t>
      </w:r>
      <w:r w:rsidRPr="00A62793">
        <w:t xml:space="preserve"> пълнота</w:t>
      </w:r>
      <w:r>
        <w:t>, както и за</w:t>
      </w:r>
      <w:r w:rsidRPr="00A62793">
        <w:t xml:space="preserve"> съответствието ѝ с обоб</w:t>
      </w:r>
      <w:r w:rsidR="00DC06F0">
        <w:t xml:space="preserve">щените данни по проектобюджета </w:t>
      </w:r>
      <w:r>
        <w:t xml:space="preserve">за </w:t>
      </w:r>
      <w:r w:rsidRPr="00A62793">
        <w:t xml:space="preserve">2027 г. </w:t>
      </w:r>
      <w:r w:rsidR="00DC06F0">
        <w:t>н</w:t>
      </w:r>
      <w:r w:rsidR="00DC06F0" w:rsidRPr="00A62793">
        <w:t xml:space="preserve">а </w:t>
      </w:r>
      <w:r w:rsidR="00DC06F0">
        <w:t xml:space="preserve">ПРБ </w:t>
      </w:r>
      <w:r w:rsidRPr="00A62793">
        <w:t>и актуализиран</w:t>
      </w:r>
      <w:r>
        <w:t>ата</w:t>
      </w:r>
      <w:r w:rsidRPr="00A62793">
        <w:t xml:space="preserve"> бюджетн</w:t>
      </w:r>
      <w:r>
        <w:t>а</w:t>
      </w:r>
      <w:r w:rsidRPr="00A62793">
        <w:t xml:space="preserve"> прогноз</w:t>
      </w:r>
      <w:r>
        <w:t>а</w:t>
      </w:r>
      <w:r w:rsidRPr="00A62793">
        <w:t xml:space="preserve"> за периода 2028-2029 г.</w:t>
      </w:r>
    </w:p>
    <w:p w:rsidR="00D538A7" w:rsidRDefault="00AF13D1" w:rsidP="00226ABA">
      <w:pPr>
        <w:pStyle w:val="FormNote"/>
        <w:shd w:val="clear" w:color="auto" w:fill="FFF2CC"/>
        <w:jc w:val="both"/>
      </w:pPr>
      <w:r>
        <w:rPr>
          <w:b/>
          <w:lang w:val="bg-BG"/>
        </w:rPr>
        <w:t xml:space="preserve">Важно: </w:t>
      </w:r>
      <w:r w:rsidR="0024379A">
        <w:rPr>
          <w:i/>
          <w:lang w:val="bg-BG"/>
        </w:rPr>
        <w:t>Ако</w:t>
      </w:r>
      <w:r w:rsidR="0055180B" w:rsidRPr="0055180B">
        <w:rPr>
          <w:i/>
          <w:lang w:val="bg-BG"/>
        </w:rPr>
        <w:t xml:space="preserve"> </w:t>
      </w:r>
      <w:r w:rsidR="00820C1D">
        <w:rPr>
          <w:i/>
          <w:lang w:val="bg-BG"/>
        </w:rPr>
        <w:t>в системата на</w:t>
      </w:r>
      <w:r w:rsidR="002414B0">
        <w:rPr>
          <w:i/>
          <w:lang w:val="bg-BG"/>
        </w:rPr>
        <w:t xml:space="preserve"> </w:t>
      </w:r>
      <w:r w:rsidR="0055180B" w:rsidRPr="0055180B">
        <w:rPr>
          <w:i/>
          <w:lang w:val="bg-BG"/>
        </w:rPr>
        <w:t>ПРБ</w:t>
      </w:r>
      <w:r w:rsidR="00820C1D">
        <w:rPr>
          <w:i/>
          <w:lang w:val="bg-BG"/>
        </w:rPr>
        <w:t xml:space="preserve"> </w:t>
      </w:r>
      <w:r w:rsidR="0055180B" w:rsidRPr="0055180B">
        <w:rPr>
          <w:i/>
          <w:lang w:val="bg-BG"/>
        </w:rPr>
        <w:t xml:space="preserve">не се изпълняват проекти от дадена група, съответният раздел не се попълва. Не е необходимо да се предоставя допълнителна информация с цел потвърждаване на данни, които вече са посочени </w:t>
      </w:r>
      <w:r w:rsidR="0024379A">
        <w:rPr>
          <w:i/>
          <w:lang w:val="bg-BG"/>
        </w:rPr>
        <w:t xml:space="preserve">в </w:t>
      </w:r>
      <w:r w:rsidR="0055180B" w:rsidRPr="0055180B">
        <w:rPr>
          <w:i/>
          <w:lang w:val="bg-BG"/>
        </w:rPr>
        <w:t>приложения №№ 2иа, 2иб и 2ив</w:t>
      </w:r>
      <w:r>
        <w:rPr>
          <w:i/>
          <w:lang w:val="bg-BG"/>
        </w:rPr>
        <w:t>.</w:t>
      </w:r>
    </w:p>
    <w:p w:rsidR="00D538A7" w:rsidRDefault="00AF13D1" w:rsidP="00226ABA">
      <w:pPr>
        <w:pStyle w:val="Heading1"/>
        <w:shd w:val="clear" w:color="auto" w:fill="D9D9D9"/>
        <w:jc w:val="both"/>
      </w:pPr>
      <w:r>
        <w:rPr>
          <w:rFonts w:ascii="Times New Roman" w:eastAsia="Times New Roman" w:hAnsi="Times New Roman" w:cs="Times New Roman"/>
        </w:rPr>
        <w:t>I. ИНФОРМАЦИЯ ЗА ИНВЕСТИЦИОННАТА ПОЛИТИКА</w:t>
      </w:r>
    </w:p>
    <w:p w:rsidR="00D538A7" w:rsidRDefault="00AF13D1" w:rsidP="00226ABA">
      <w:pPr>
        <w:pStyle w:val="Heading2"/>
        <w:jc w:val="both"/>
      </w:pPr>
      <w:r>
        <w:rPr>
          <w:rFonts w:ascii="Times New Roman" w:eastAsia="Times New Roman" w:hAnsi="Times New Roman" w:cs="Times New Roman"/>
        </w:rPr>
        <w:t>1.1. Основни цели и приоритети на инвестиционната политика</w:t>
      </w:r>
    </w:p>
    <w:p w:rsidR="00D538A7" w:rsidRPr="0024379A" w:rsidRDefault="00AF13D1" w:rsidP="00226ABA">
      <w:pPr>
        <w:pStyle w:val="FormFieldLabel"/>
        <w:jc w:val="both"/>
        <w:rPr>
          <w:lang w:val="bg-BG"/>
        </w:rPr>
      </w:pPr>
      <w:r w:rsidRPr="0024379A">
        <w:rPr>
          <w:lang w:val="bg-BG"/>
        </w:rPr>
        <w:t>Основни цели, приоритетни обла</w:t>
      </w:r>
      <w:r w:rsidR="00722267">
        <w:rPr>
          <w:lang w:val="bg-BG"/>
        </w:rPr>
        <w:t>сти и направления за инвестиции</w:t>
      </w:r>
    </w:p>
    <w:p w:rsidR="00D538A7" w:rsidRPr="004D690C" w:rsidRDefault="00AF13D1" w:rsidP="00226ABA">
      <w:pPr>
        <w:pStyle w:val="FormInstruction"/>
        <w:jc w:val="both"/>
        <w:rPr>
          <w:lang w:val="bg-BG"/>
        </w:rPr>
      </w:pPr>
      <w:r w:rsidRPr="004D690C">
        <w:rPr>
          <w:lang w:val="bg-BG"/>
        </w:rPr>
        <w:t xml:space="preserve">Представете обобщено </w:t>
      </w:r>
      <w:r w:rsidR="0055180B" w:rsidRPr="004D690C">
        <w:rPr>
          <w:lang w:val="bg-BG"/>
        </w:rPr>
        <w:t xml:space="preserve">основните </w:t>
      </w:r>
      <w:r w:rsidRPr="004D690C">
        <w:rPr>
          <w:lang w:val="bg-BG"/>
        </w:rPr>
        <w:t>инвестиционн</w:t>
      </w:r>
      <w:r w:rsidR="0055180B" w:rsidRPr="004D690C">
        <w:rPr>
          <w:lang w:val="bg-BG"/>
        </w:rPr>
        <w:t>и цели, приоритетни области и направления за периода 2027-2029 г.</w:t>
      </w:r>
      <w:r w:rsidR="00261071">
        <w:rPr>
          <w:lang w:val="bg-BG"/>
        </w:rPr>
        <w:t xml:space="preserve"> </w:t>
      </w:r>
      <w:r w:rsidR="004D690C" w:rsidRPr="004D690C">
        <w:rPr>
          <w:lang w:val="bg-BG"/>
        </w:rPr>
        <w:t>съгласно</w:t>
      </w:r>
      <w:r w:rsidRPr="004D690C">
        <w:rPr>
          <w:lang w:val="bg-BG"/>
        </w:rPr>
        <w:t xml:space="preserve"> функциите и отговорностите на </w:t>
      </w:r>
      <w:r w:rsidR="00A105BF">
        <w:rPr>
          <w:lang w:val="bg-BG"/>
        </w:rPr>
        <w:t>ПРБ</w:t>
      </w:r>
      <w:r w:rsidRPr="004D690C">
        <w:rPr>
          <w:lang w:val="bg-BG"/>
        </w:rPr>
        <w:t>.</w:t>
      </w:r>
    </w:p>
    <w:tbl>
      <w:tblPr>
        <w:tblW w:w="9298" w:type="dxa"/>
        <w:tblInd w:w="120" w:type="dxa"/>
        <w:tblBorders>
          <w:top w:val="single" w:sz="6" w:space="0" w:color="8C8C8C"/>
          <w:left w:val="single" w:sz="6" w:space="0" w:color="8C8C8C"/>
          <w:bottom w:val="single" w:sz="6" w:space="0" w:color="8C8C8C"/>
          <w:right w:val="single" w:sz="6" w:space="0" w:color="8C8C8C"/>
          <w:insideH w:val="single" w:sz="6" w:space="0" w:color="8C8C8C"/>
          <w:insideV w:val="single" w:sz="6" w:space="0" w:color="8C8C8C"/>
        </w:tblBorders>
        <w:tblLayout w:type="fixed"/>
        <w:tblLook w:val="04A0" w:firstRow="1" w:lastRow="0" w:firstColumn="1" w:lastColumn="0" w:noHBand="0" w:noVBand="1"/>
      </w:tblPr>
      <w:tblGrid>
        <w:gridCol w:w="9298"/>
      </w:tblGrid>
      <w:tr w:rsidR="00D538A7" w:rsidTr="00343C03">
        <w:trPr>
          <w:trHeight w:val="354"/>
        </w:trPr>
        <w:tc>
          <w:tcPr>
            <w:tcW w:w="9298" w:type="dxa"/>
            <w:shd w:val="clear" w:color="auto" w:fill="F7F7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sdt>
            <w:sdtPr>
              <w:alias w:val="Основни цели и приоритети на инвестиционната политика"/>
              <w:tag w:val="COMMON_POLICY_GOALS_PRIORITIES"/>
              <w:id w:val="2003"/>
              <w:placeholder>
                <w:docPart w:val="87C354981AAE465FA18C79EB14440706"/>
              </w:placeholder>
              <w:showingPlcHdr/>
              <w:text w:multiLine="1"/>
            </w:sdtPr>
            <w:sdtEndPr/>
            <w:sdtContent>
              <w:p w:rsidR="00D538A7" w:rsidRDefault="00AF13D1" w:rsidP="004D690C">
                <w:pPr>
                  <w:spacing w:after="0"/>
                </w:pPr>
                <w:r>
                  <w:rPr>
                    <w:i/>
                    <w:color w:val="666666"/>
                  </w:rPr>
                  <w:t>[</w:t>
                </w:r>
                <w:r w:rsidR="004D690C">
                  <w:rPr>
                    <w:i/>
                    <w:color w:val="666666"/>
                  </w:rPr>
                  <w:t>В</w:t>
                </w:r>
                <w:r>
                  <w:rPr>
                    <w:i/>
                    <w:color w:val="666666"/>
                  </w:rPr>
                  <w:t>ъведете</w:t>
                </w:r>
                <w:r w:rsidR="004D690C">
                  <w:rPr>
                    <w:i/>
                    <w:color w:val="666666"/>
                  </w:rPr>
                  <w:t xml:space="preserve"> Вашия</w:t>
                </w:r>
                <w:r>
                  <w:rPr>
                    <w:i/>
                    <w:color w:val="666666"/>
                  </w:rPr>
                  <w:t xml:space="preserve"> отговор</w:t>
                </w:r>
                <w:r w:rsidR="004D690C">
                  <w:rPr>
                    <w:i/>
                    <w:color w:val="666666"/>
                  </w:rPr>
                  <w:t xml:space="preserve"> тук</w:t>
                </w:r>
                <w:r>
                  <w:rPr>
                    <w:i/>
                    <w:color w:val="666666"/>
                  </w:rPr>
                  <w:t>.]</w:t>
                </w:r>
              </w:p>
            </w:sdtContent>
          </w:sdt>
        </w:tc>
      </w:tr>
    </w:tbl>
    <w:p w:rsidR="00D538A7" w:rsidRDefault="00AF13D1" w:rsidP="00226ABA">
      <w:pPr>
        <w:pStyle w:val="Heading2"/>
      </w:pPr>
      <w:r>
        <w:rPr>
          <w:rFonts w:ascii="Times New Roman" w:eastAsia="Times New Roman" w:hAnsi="Times New Roman" w:cs="Times New Roman"/>
        </w:rPr>
        <w:t>1.2. Проучване на други възможности за финансиране</w:t>
      </w:r>
    </w:p>
    <w:tbl>
      <w:tblPr>
        <w:tblW w:w="9360" w:type="dxa"/>
        <w:tblInd w:w="120" w:type="dxa"/>
        <w:tblBorders>
          <w:top w:val="single" w:sz="6" w:space="0" w:color="8C8C8C"/>
          <w:left w:val="single" w:sz="6" w:space="0" w:color="8C8C8C"/>
          <w:bottom w:val="single" w:sz="6" w:space="0" w:color="8C8C8C"/>
          <w:right w:val="single" w:sz="6" w:space="0" w:color="8C8C8C"/>
          <w:insideH w:val="single" w:sz="6" w:space="0" w:color="8C8C8C"/>
          <w:insideV w:val="single" w:sz="6" w:space="0" w:color="8C8C8C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D538A7" w:rsidTr="00854DCD">
        <w:trPr>
          <w:trHeight w:val="312"/>
        </w:trPr>
        <w:tc>
          <w:tcPr>
            <w:tcW w:w="9360" w:type="dxa"/>
            <w:shd w:val="clear" w:color="auto" w:fill="F7F7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857F0B" w:rsidRDefault="00F42D55" w:rsidP="00226ABA">
            <w:pPr>
              <w:spacing w:after="0"/>
              <w:jc w:val="both"/>
              <w:rPr>
                <w:sz w:val="21"/>
              </w:rPr>
            </w:pPr>
            <w:sdt>
              <w:sdtPr>
                <w:alias w:val="Проучени други източници"/>
                <w:tag w:val="COMMON_ALT_FIN_DECLARED"/>
                <w:id w:val="200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DC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F13D1">
              <w:rPr>
                <w:sz w:val="21"/>
              </w:rPr>
              <w:t xml:space="preserve">  </w:t>
            </w:r>
            <w:r w:rsidR="00226ABA">
              <w:rPr>
                <w:sz w:val="21"/>
              </w:rPr>
              <w:t>П</w:t>
            </w:r>
            <w:r w:rsidR="00AF13D1">
              <w:rPr>
                <w:sz w:val="21"/>
              </w:rPr>
              <w:t>реди заявяването на финансиране със средства от държавния бюджет са проучени и анализирани всички други прило</w:t>
            </w:r>
            <w:r w:rsidR="00226ABA">
              <w:rPr>
                <w:sz w:val="21"/>
              </w:rPr>
              <w:t>жими възможности за финансиране на предложените инвестиционни проекти,</w:t>
            </w:r>
            <w:r w:rsidR="00AF13D1">
              <w:rPr>
                <w:sz w:val="21"/>
              </w:rPr>
              <w:t xml:space="preserve"> включително </w:t>
            </w:r>
            <w:r w:rsidR="00226ABA">
              <w:rPr>
                <w:sz w:val="21"/>
              </w:rPr>
              <w:t xml:space="preserve">със </w:t>
            </w:r>
            <w:r w:rsidR="00AF13D1">
              <w:rPr>
                <w:sz w:val="21"/>
              </w:rPr>
              <w:t xml:space="preserve">средства от Европейския съюз, </w:t>
            </w:r>
            <w:r w:rsidR="00226ABA">
              <w:rPr>
                <w:sz w:val="21"/>
              </w:rPr>
              <w:t xml:space="preserve">по </w:t>
            </w:r>
            <w:r w:rsidR="00AF13D1">
              <w:rPr>
                <w:sz w:val="21"/>
              </w:rPr>
              <w:t xml:space="preserve">други международни програми и договори, </w:t>
            </w:r>
            <w:r w:rsidR="00226ABA">
              <w:rPr>
                <w:sz w:val="21"/>
              </w:rPr>
              <w:t xml:space="preserve">чрез </w:t>
            </w:r>
            <w:r w:rsidR="00AF13D1">
              <w:rPr>
                <w:sz w:val="21"/>
              </w:rPr>
              <w:t>финансови инструменти, дарения и други допустими източници.</w:t>
            </w:r>
          </w:p>
          <w:sdt>
            <w:sdtPr>
              <w:alias w:val="Резултати от проведеното проучване"/>
              <w:tag w:val="ALT_FIN_ANALYSIS"/>
              <w:id w:val="381765344"/>
              <w:placeholder>
                <w:docPart w:val="36F8860CB0FC4508844000ACDB486C10"/>
              </w:placeholder>
              <w:showingPlcHdr/>
              <w:text w:multiLine="1"/>
            </w:sdtPr>
            <w:sdtEndPr/>
            <w:sdtContent>
              <w:p w:rsidR="00857F0B" w:rsidRDefault="00854DCD" w:rsidP="009E1383">
                <w:pPr>
                  <w:spacing w:after="0"/>
                </w:pPr>
                <w:r>
                  <w:rPr>
                    <w:i/>
                    <w:color w:val="666666"/>
                  </w:rPr>
                  <w:t>[</w:t>
                </w:r>
                <w:r w:rsidR="009E1383">
                  <w:rPr>
                    <w:i/>
                    <w:color w:val="666666"/>
                  </w:rPr>
                  <w:t>Моля въведете тук резултатите от проведеното проучване на всички други възможни източници</w:t>
                </w:r>
                <w:r>
                  <w:rPr>
                    <w:i/>
                    <w:color w:val="666666"/>
                  </w:rPr>
                  <w:t>.]</w:t>
                </w:r>
              </w:p>
            </w:sdtContent>
          </w:sdt>
        </w:tc>
      </w:tr>
    </w:tbl>
    <w:p w:rsidR="00D538A7" w:rsidRDefault="00AF13D1" w:rsidP="00A31F4B">
      <w:pPr>
        <w:pStyle w:val="Heading1"/>
        <w:shd w:val="clear" w:color="auto" w:fill="D9D9D9"/>
        <w:jc w:val="both"/>
      </w:pPr>
      <w:r>
        <w:rPr>
          <w:rFonts w:ascii="Times New Roman" w:eastAsia="Times New Roman" w:hAnsi="Times New Roman" w:cs="Times New Roman"/>
        </w:rPr>
        <w:lastRenderedPageBreak/>
        <w:t>II. ПРОЕКТИ, СВЪРЗАНИ С АДМИНИСТРАТИВНАТА ДЕЙНОСТ</w:t>
      </w:r>
    </w:p>
    <w:p w:rsidR="00D538A7" w:rsidRDefault="00AF13D1" w:rsidP="00A31F4B">
      <w:pPr>
        <w:pStyle w:val="Heading2"/>
        <w:jc w:val="both"/>
      </w:pPr>
      <w:r>
        <w:rPr>
          <w:rFonts w:ascii="Times New Roman" w:eastAsia="Times New Roman" w:hAnsi="Times New Roman" w:cs="Times New Roman"/>
        </w:rPr>
        <w:t xml:space="preserve">2.1. </w:t>
      </w:r>
      <w:r w:rsidR="00A31F4B" w:rsidRPr="00A31F4B">
        <w:rPr>
          <w:rFonts w:ascii="Times New Roman" w:eastAsia="Times New Roman" w:hAnsi="Times New Roman" w:cs="Times New Roman"/>
        </w:rPr>
        <w:t>„Преходни проекти“, свързани с административната дейност, които са предложени за финансиране в рамките на проектобюджета за 2027 г. и актуализираните бюджетни прогнози за периода 2028-2029 г.</w:t>
      </w:r>
    </w:p>
    <w:p w:rsidR="00D538A7" w:rsidRPr="0024379A" w:rsidRDefault="00A31F4B" w:rsidP="00A31F4B">
      <w:pPr>
        <w:pStyle w:val="FormInstruction"/>
        <w:jc w:val="both"/>
        <w:rPr>
          <w:lang w:val="bg-BG"/>
        </w:rPr>
      </w:pPr>
      <w:r>
        <w:rPr>
          <w:lang w:val="bg-BG"/>
        </w:rPr>
        <w:t>Представете обобщено и кратко описание на „преходните“ проекти, свързани с административната дейност, продължаващи изпълнението</w:t>
      </w:r>
      <w:r w:rsidR="00735BB6">
        <w:rPr>
          <w:lang w:val="bg-BG"/>
        </w:rPr>
        <w:t xml:space="preserve"> си</w:t>
      </w:r>
      <w:r>
        <w:rPr>
          <w:lang w:val="bg-BG"/>
        </w:rPr>
        <w:t xml:space="preserve"> за</w:t>
      </w:r>
      <w:r w:rsidR="00AF13D1">
        <w:t xml:space="preserve"> </w:t>
      </w:r>
      <w:r>
        <w:rPr>
          <w:lang w:val="bg-BG"/>
        </w:rPr>
        <w:t xml:space="preserve">периода </w:t>
      </w:r>
      <w:r>
        <w:t>2027</w:t>
      </w:r>
      <w:r>
        <w:rPr>
          <w:lang w:val="bg-BG"/>
        </w:rPr>
        <w:t>-</w:t>
      </w:r>
      <w:r w:rsidR="00AF13D1">
        <w:t>2029 г.</w:t>
      </w:r>
      <w:r w:rsidR="0024379A" w:rsidRPr="0024379A">
        <w:rPr>
          <w:lang w:val="bg-BG"/>
        </w:rPr>
        <w:t xml:space="preserve"> </w:t>
      </w:r>
      <w:r w:rsidR="0024379A" w:rsidRPr="00943637">
        <w:rPr>
          <w:lang w:val="bg-BG"/>
        </w:rPr>
        <w:t>Попълва се по преценка, доколкото в М</w:t>
      </w:r>
      <w:r w:rsidR="002414B0">
        <w:rPr>
          <w:lang w:val="bg-BG"/>
        </w:rPr>
        <w:t>инистерството на финансите</w:t>
      </w:r>
      <w:r w:rsidR="0024379A" w:rsidRPr="00943637">
        <w:rPr>
          <w:lang w:val="bg-BG"/>
        </w:rPr>
        <w:t xml:space="preserve"> вече е </w:t>
      </w:r>
      <w:r w:rsidR="00735BB6">
        <w:rPr>
          <w:lang w:val="bg-BG"/>
        </w:rPr>
        <w:t xml:space="preserve">представена </w:t>
      </w:r>
      <w:proofErr w:type="spellStart"/>
      <w:r w:rsidR="00735BB6">
        <w:rPr>
          <w:lang w:val="bg-BG"/>
        </w:rPr>
        <w:t>относима</w:t>
      </w:r>
      <w:proofErr w:type="spellEnd"/>
      <w:r w:rsidR="00735BB6">
        <w:rPr>
          <w:lang w:val="bg-BG"/>
        </w:rPr>
        <w:t xml:space="preserve"> информация</w:t>
      </w:r>
      <w:r w:rsidR="0024379A" w:rsidRPr="00943637">
        <w:rPr>
          <w:lang w:val="bg-BG"/>
        </w:rPr>
        <w:t xml:space="preserve"> </w:t>
      </w:r>
      <w:r w:rsidR="009F521D">
        <w:rPr>
          <w:lang w:val="bg-BG"/>
        </w:rPr>
        <w:t>(</w:t>
      </w:r>
      <w:r w:rsidR="002414B0">
        <w:rPr>
          <w:lang w:val="bg-BG"/>
        </w:rPr>
        <w:t xml:space="preserve">в изпълнение на насоките, дадени от министъра на финансите </w:t>
      </w:r>
      <w:r w:rsidR="009F521D">
        <w:rPr>
          <w:lang w:val="bg-BG"/>
        </w:rPr>
        <w:t xml:space="preserve">с писма №№ СП-1 </w:t>
      </w:r>
      <w:r w:rsidR="009F521D" w:rsidRPr="009F521D">
        <w:rPr>
          <w:lang w:val="bg-BG"/>
        </w:rPr>
        <w:t>91-00-205</w:t>
      </w:r>
      <w:r w:rsidR="00CA64EF">
        <w:rPr>
          <w:lang w:val="bg-BG"/>
        </w:rPr>
        <w:t xml:space="preserve"> от 08.05.2025 г. и</w:t>
      </w:r>
      <w:r w:rsidR="009F521D">
        <w:rPr>
          <w:lang w:val="bg-BG"/>
        </w:rPr>
        <w:t xml:space="preserve"> СП-1 91-00-29 от 26.01.2026 г. относно м</w:t>
      </w:r>
      <w:r w:rsidR="009F521D" w:rsidRPr="009F521D">
        <w:rPr>
          <w:lang w:val="bg-BG"/>
        </w:rPr>
        <w:t>ониторинг на финансовото изпълнение на инвестиционни проекти, финансирани със средства от държавния бюджет</w:t>
      </w:r>
      <w:r w:rsidR="009F521D">
        <w:rPr>
          <w:lang w:val="bg-BG"/>
        </w:rPr>
        <w:t>)</w:t>
      </w:r>
      <w:r w:rsidR="00672253">
        <w:rPr>
          <w:lang w:val="bg-BG"/>
        </w:rPr>
        <w:t>.</w:t>
      </w:r>
    </w:p>
    <w:tbl>
      <w:tblPr>
        <w:tblW w:w="9248" w:type="dxa"/>
        <w:tblInd w:w="120" w:type="dxa"/>
        <w:tblBorders>
          <w:top w:val="single" w:sz="6" w:space="0" w:color="8C8C8C"/>
          <w:left w:val="single" w:sz="6" w:space="0" w:color="8C8C8C"/>
          <w:bottom w:val="single" w:sz="6" w:space="0" w:color="8C8C8C"/>
          <w:right w:val="single" w:sz="6" w:space="0" w:color="8C8C8C"/>
          <w:insideH w:val="single" w:sz="6" w:space="0" w:color="8C8C8C"/>
          <w:insideV w:val="single" w:sz="6" w:space="0" w:color="8C8C8C"/>
        </w:tblBorders>
        <w:tblLayout w:type="fixed"/>
        <w:tblLook w:val="04A0" w:firstRow="1" w:lastRow="0" w:firstColumn="1" w:lastColumn="0" w:noHBand="0" w:noVBand="1"/>
      </w:tblPr>
      <w:tblGrid>
        <w:gridCol w:w="9248"/>
      </w:tblGrid>
      <w:tr w:rsidR="00D538A7" w:rsidTr="00343C03">
        <w:trPr>
          <w:trHeight w:val="321"/>
        </w:trPr>
        <w:tc>
          <w:tcPr>
            <w:tcW w:w="9248" w:type="dxa"/>
            <w:shd w:val="clear" w:color="auto" w:fill="F7F7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sdt>
            <w:sdtPr>
              <w:alias w:val="Инвестиционни потребности, свързани с преходните административни проекти"/>
              <w:tag w:val="ADMIN_TRANSITION_NEEDS"/>
              <w:id w:val="2005"/>
              <w:placeholder>
                <w:docPart w:val="F2A560853AEB42C4825830FD658104B8"/>
              </w:placeholder>
              <w:showingPlcHdr/>
              <w:text w:multiLine="1"/>
            </w:sdtPr>
            <w:sdtEndPr/>
            <w:sdtContent>
              <w:p w:rsidR="00D538A7" w:rsidRDefault="00AF13D1" w:rsidP="00A31F4B">
                <w:pPr>
                  <w:spacing w:after="0"/>
                </w:pPr>
                <w:r>
                  <w:rPr>
                    <w:i/>
                    <w:color w:val="666666"/>
                  </w:rPr>
                  <w:t>[</w:t>
                </w:r>
                <w:r w:rsidR="00A31F4B">
                  <w:rPr>
                    <w:i/>
                    <w:color w:val="666666"/>
                  </w:rPr>
                  <w:t>В</w:t>
                </w:r>
                <w:r>
                  <w:rPr>
                    <w:i/>
                    <w:color w:val="666666"/>
                  </w:rPr>
                  <w:t>ъведете</w:t>
                </w:r>
                <w:r w:rsidR="00A31F4B">
                  <w:rPr>
                    <w:i/>
                    <w:color w:val="666666"/>
                  </w:rPr>
                  <w:t xml:space="preserve"> Вашия</w:t>
                </w:r>
                <w:r>
                  <w:rPr>
                    <w:i/>
                    <w:color w:val="666666"/>
                  </w:rPr>
                  <w:t xml:space="preserve"> отговор</w:t>
                </w:r>
                <w:r w:rsidR="00A31F4B">
                  <w:rPr>
                    <w:i/>
                    <w:color w:val="666666"/>
                  </w:rPr>
                  <w:t xml:space="preserve"> тук</w:t>
                </w:r>
                <w:r>
                  <w:rPr>
                    <w:i/>
                    <w:color w:val="666666"/>
                  </w:rPr>
                  <w:t>.]</w:t>
                </w:r>
              </w:p>
            </w:sdtContent>
          </w:sdt>
        </w:tc>
      </w:tr>
    </w:tbl>
    <w:p w:rsidR="00D538A7" w:rsidRDefault="00A510CD" w:rsidP="00C33580">
      <w:pPr>
        <w:pStyle w:val="Heading2"/>
        <w:jc w:val="both"/>
      </w:pPr>
      <w:r>
        <w:rPr>
          <w:rFonts w:ascii="Times New Roman" w:eastAsia="Times New Roman" w:hAnsi="Times New Roman" w:cs="Times New Roman"/>
        </w:rPr>
        <w:t>2.2</w:t>
      </w:r>
      <w:r w:rsidR="00AF13D1">
        <w:rPr>
          <w:rFonts w:ascii="Times New Roman" w:eastAsia="Times New Roman" w:hAnsi="Times New Roman" w:cs="Times New Roman"/>
        </w:rPr>
        <w:t xml:space="preserve">. </w:t>
      </w:r>
      <w:r w:rsidR="00C33580" w:rsidRPr="00C33580">
        <w:rPr>
          <w:rFonts w:ascii="Times New Roman" w:eastAsia="Times New Roman" w:hAnsi="Times New Roman" w:cs="Times New Roman"/>
        </w:rPr>
        <w:t>„Нови проекти“, свързани с административната дейност, които са предложени за финансиране в рамките на проектобюджета за 2027 г. и актуализираните бюджетни прогнози за периода 2028-2029 г. и за които е налице мотивирана обоснованост в конкретно посочените случаи в Указанията за подготовката и представянето на проектобюджетите на първостепенните разпоредители с бюджет за 2027 г. и на актуализираните им бюджетни прогнози за периода 2028-2029 г.</w:t>
      </w:r>
    </w:p>
    <w:p w:rsidR="00D538A7" w:rsidRDefault="00AF13D1">
      <w:pPr>
        <w:pStyle w:val="FormNote"/>
        <w:shd w:val="clear" w:color="auto" w:fill="F2F2F2"/>
      </w:pPr>
      <w:r>
        <w:rPr>
          <w:i/>
          <w:lang w:val="bg-BG"/>
        </w:rPr>
        <w:t>Попълва се по един запис за всеки нов проект от приложение № 2иа. За добавяне на следващ проект използвайте знака „+“.</w:t>
      </w:r>
    </w:p>
    <w:sdt>
      <w:sdtPr>
        <w:rPr>
          <w:b w:val="0"/>
          <w:sz w:val="22"/>
          <w:lang w:val="bg-BG"/>
        </w:rPr>
        <w:alias w:val="Повтарящ се раздел за новите административни проекти"/>
        <w:tag w:val="ADMIN_NEW_PROJECTS_REPEAT"/>
        <w:id w:val="-1491242267"/>
        <w15:repeatingSection/>
      </w:sdtPr>
      <w:sdtEndPr/>
      <w:sdtContent>
        <w:sdt>
          <w:sdtPr>
            <w:rPr>
              <w:b w:val="0"/>
              <w:sz w:val="22"/>
              <w:lang w:val="bg-BG"/>
            </w:rPr>
            <w:alias w:val="Нов административни проект"/>
            <w:tag w:val="ADMIN_NEW_PROJECT_ITEM"/>
            <w:id w:val="2033"/>
            <w15:repeatingSectionItem/>
          </w:sdtPr>
          <w:sdtEndPr/>
          <w:sdtContent>
            <w:p w:rsidR="00D538A7" w:rsidRDefault="00AF13D1" w:rsidP="00AF13D1">
              <w:pPr>
                <w:pStyle w:val="ProjectItemHeader"/>
                <w:pBdr>
                  <w:top w:val="single" w:sz="6" w:space="0" w:color="BFBFBF"/>
                  <w:left w:val="single" w:sz="6" w:space="0" w:color="BFBFBF"/>
                  <w:bottom w:val="single" w:sz="6" w:space="0" w:color="BFBFBF"/>
                  <w:right w:val="single" w:sz="6" w:space="0" w:color="BFBFBF"/>
                </w:pBdr>
                <w:shd w:val="clear" w:color="auto" w:fill="DDEBF7"/>
              </w:pPr>
              <w:r>
                <w:rPr>
                  <w:lang w:val="bg-BG"/>
                </w:rPr>
                <w:t>НОВ ИНВЕСТИЦИОНЕН ПРОЕКТ</w:t>
              </w:r>
            </w:p>
            <w:tbl>
              <w:tblPr>
                <w:tblW w:w="9360" w:type="dxa"/>
                <w:tblInd w:w="120" w:type="dxa"/>
                <w:tblBorders>
                  <w:top w:val="single" w:sz="6" w:space="0" w:color="BFBFBF"/>
                  <w:left w:val="single" w:sz="6" w:space="0" w:color="BFBFBF"/>
                  <w:bottom w:val="single" w:sz="6" w:space="0" w:color="BFBFBF"/>
                  <w:right w:val="single" w:sz="6" w:space="0" w:color="BFBFBF"/>
                  <w:insideH w:val="single" w:sz="6" w:space="0" w:color="BFBFBF"/>
                  <w:insideV w:val="single" w:sz="6" w:space="0" w:color="BFBFBF"/>
                </w:tblBorders>
                <w:tblLayout w:type="fixed"/>
                <w:tblLook w:val="04A0" w:firstRow="1" w:lastRow="0" w:firstColumn="1" w:lastColumn="0" w:noHBand="0" w:noVBand="1"/>
              </w:tblPr>
              <w:tblGrid>
                <w:gridCol w:w="2349"/>
                <w:gridCol w:w="7011"/>
              </w:tblGrid>
              <w:tr w:rsidR="00D538A7" w:rsidTr="00343C03">
                <w:trPr>
                  <w:trHeight w:val="120"/>
                </w:trPr>
                <w:tc>
                  <w:tcPr>
                    <w:tcW w:w="2349" w:type="dxa"/>
                    <w:shd w:val="clear" w:color="auto" w:fill="F2F2F2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p w:rsidR="00D538A7" w:rsidRDefault="00AF13D1">
                    <w:pPr>
                      <w:spacing w:after="0" w:line="240" w:lineRule="auto"/>
                    </w:pPr>
                    <w:r>
                      <w:rPr>
                        <w:b/>
                        <w:sz w:val="21"/>
                      </w:rPr>
                      <w:t>Наименование на проекта</w:t>
                    </w:r>
                  </w:p>
                </w:tc>
                <w:tc>
                  <w:tcPr>
                    <w:tcW w:w="7011" w:type="dxa"/>
                    <w:shd w:val="clear" w:color="auto" w:fill="F7F7F7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sdt>
                    <w:sdtPr>
                      <w:alias w:val="Наименование на новия проект"/>
                      <w:tag w:val="ADMIN_NEW_PROJECT_NAME"/>
                      <w:id w:val="2007"/>
                      <w:lock w:val="sdtLocked"/>
                      <w:placeholder>
                        <w:docPart w:val="984624A7CB7F47E29B89176015CFA4AA"/>
                      </w:placeholder>
                      <w:showingPlcHdr/>
                      <w:text/>
                    </w:sdtPr>
                    <w:sdtEndPr/>
                    <w:sdtContent>
                      <w:p w:rsidR="00D538A7" w:rsidRDefault="006A7C13" w:rsidP="006A7C13">
                        <w:pPr>
                          <w:spacing w:after="0"/>
                        </w:pPr>
                        <w:r>
                          <w:rPr>
                            <w:i/>
                            <w:color w:val="666666"/>
                          </w:rPr>
                          <w:t>[Въведете наименованието от приложение № 2иа.]</w:t>
                        </w:r>
                      </w:p>
                    </w:sdtContent>
                  </w:sdt>
                </w:tc>
              </w:tr>
            </w:tbl>
            <w:p w:rsidR="00D538A7" w:rsidRPr="00AF13D1" w:rsidRDefault="007E3E38">
              <w:pPr>
                <w:pStyle w:val="FormFieldLabel"/>
                <w:rPr>
                  <w:lang w:val="bg-BG"/>
                </w:rPr>
              </w:pPr>
              <w:r w:rsidRPr="00AF13D1">
                <w:rPr>
                  <w:lang w:val="bg-BG"/>
                </w:rPr>
                <w:t>Степен на готовност:</w:t>
              </w:r>
            </w:p>
            <w:p w:rsidR="000C47CB" w:rsidRPr="000C47CB" w:rsidRDefault="000C47CB" w:rsidP="000C47CB">
              <w:pPr>
                <w:pStyle w:val="FormInstruction"/>
                <w:numPr>
                  <w:ilvl w:val="0"/>
                  <w:numId w:val="10"/>
                </w:numPr>
                <w:spacing w:after="0" w:line="240" w:lineRule="auto"/>
                <w:ind w:hanging="357"/>
                <w:jc w:val="both"/>
                <w:rPr>
                  <w:lang w:val="bg-BG"/>
                </w:rPr>
              </w:pPr>
              <w:r w:rsidRPr="000C47CB">
                <w:rPr>
                  <w:lang w:val="bg-BG"/>
                </w:rPr>
                <w:t>Посочете информация за степента на готовност за възлагане на дейностите по проекта в това число:</w:t>
              </w:r>
            </w:p>
            <w:p w:rsidR="000C47CB" w:rsidRPr="000C47CB" w:rsidRDefault="000C47CB" w:rsidP="000C47CB">
              <w:pPr>
                <w:pStyle w:val="FormInstruction"/>
                <w:numPr>
                  <w:ilvl w:val="0"/>
                  <w:numId w:val="8"/>
                </w:numPr>
                <w:spacing w:line="240" w:lineRule="auto"/>
                <w:ind w:hanging="357"/>
                <w:jc w:val="both"/>
                <w:rPr>
                  <w:lang w:val="bg-BG"/>
                </w:rPr>
              </w:pPr>
              <w:r w:rsidRPr="000C47CB">
                <w:rPr>
                  <w:lang w:val="bg-BG"/>
                </w:rPr>
                <w:t> извършените подготвителни действия (напр. проведени пазарни проучвания/консултации, открита обществена поръчка, сключен договор)</w:t>
              </w:r>
              <w:r>
                <w:rPr>
                  <w:lang w:val="bg-BG"/>
                </w:rPr>
                <w:t>;</w:t>
              </w:r>
            </w:p>
            <w:p w:rsidR="000C47CB" w:rsidRPr="000C47CB" w:rsidRDefault="000C47CB" w:rsidP="000C47CB">
              <w:pPr>
                <w:pStyle w:val="FormInstruction"/>
                <w:numPr>
                  <w:ilvl w:val="0"/>
                  <w:numId w:val="8"/>
                </w:numPr>
                <w:spacing w:line="240" w:lineRule="auto"/>
                <w:ind w:hanging="357"/>
                <w:jc w:val="both"/>
                <w:rPr>
                  <w:lang w:val="bg-BG"/>
                </w:rPr>
              </w:pPr>
              <w:r w:rsidRPr="000C47CB">
                <w:rPr>
                  <w:lang w:val="bg-BG"/>
                </w:rPr>
                <w:t>извършени проучвания, проектиране,</w:t>
              </w:r>
              <w:r>
                <w:rPr>
                  <w:lang w:val="bg-BG"/>
                </w:rPr>
                <w:t xml:space="preserve"> наличие на одобрени инвестиционни проекти;</w:t>
              </w:r>
            </w:p>
            <w:p w:rsidR="000C47CB" w:rsidRPr="000C47CB" w:rsidRDefault="000C47CB" w:rsidP="000C47CB">
              <w:pPr>
                <w:pStyle w:val="FormInstruction"/>
                <w:numPr>
                  <w:ilvl w:val="0"/>
                  <w:numId w:val="8"/>
                </w:numPr>
                <w:spacing w:line="240" w:lineRule="auto"/>
                <w:ind w:hanging="357"/>
                <w:jc w:val="both"/>
                <w:rPr>
                  <w:lang w:val="bg-BG"/>
                </w:rPr>
              </w:pPr>
              <w:r>
                <w:rPr>
                  <w:lang w:val="bg-BG"/>
                </w:rPr>
                <w:t>наличие на издадени разрешения;</w:t>
              </w:r>
              <w:r w:rsidRPr="000C47CB">
                <w:rPr>
                  <w:lang w:val="bg-BG"/>
                </w:rPr>
                <w:t xml:space="preserve"> </w:t>
              </w:r>
            </w:p>
            <w:p w:rsidR="000C47CB" w:rsidRPr="000C47CB" w:rsidRDefault="000C47CB" w:rsidP="000C47CB">
              <w:pPr>
                <w:pStyle w:val="FormInstruction"/>
                <w:numPr>
                  <w:ilvl w:val="0"/>
                  <w:numId w:val="8"/>
                </w:numPr>
                <w:spacing w:line="240" w:lineRule="auto"/>
                <w:ind w:hanging="357"/>
                <w:jc w:val="both"/>
                <w:rPr>
                  <w:lang w:val="bg-BG"/>
                </w:rPr>
              </w:pPr>
              <w:r w:rsidRPr="000C47CB">
                <w:rPr>
                  <w:lang w:val="bg-BG"/>
                </w:rPr>
                <w:t xml:space="preserve">проведени </w:t>
              </w:r>
              <w:proofErr w:type="spellStart"/>
              <w:r w:rsidRPr="000C47CB">
                <w:rPr>
                  <w:lang w:val="bg-BG"/>
                </w:rPr>
                <w:t>отчуждителни</w:t>
              </w:r>
              <w:proofErr w:type="spellEnd"/>
              <w:r w:rsidRPr="000C47CB">
                <w:rPr>
                  <w:lang w:val="bg-BG"/>
                </w:rPr>
                <w:t xml:space="preserve"> процедури и съгласувания (когато са приложими)</w:t>
              </w:r>
              <w:r>
                <w:rPr>
                  <w:lang w:val="bg-BG"/>
                </w:rPr>
                <w:t>;</w:t>
              </w:r>
            </w:p>
            <w:p w:rsidR="000C47CB" w:rsidRPr="000C47CB" w:rsidRDefault="000C47CB" w:rsidP="000C47CB">
              <w:pPr>
                <w:pStyle w:val="FormInstruction"/>
                <w:numPr>
                  <w:ilvl w:val="0"/>
                  <w:numId w:val="8"/>
                </w:numPr>
                <w:spacing w:line="240" w:lineRule="auto"/>
                <w:ind w:hanging="357"/>
                <w:jc w:val="both"/>
                <w:rPr>
                  <w:lang w:val="bg-BG"/>
                </w:rPr>
              </w:pPr>
              <w:r w:rsidRPr="000C47CB">
                <w:rPr>
                  <w:lang w:val="bg-BG"/>
                </w:rPr>
                <w:t xml:space="preserve">планиран времеви период за започване и приключване на проекта; </w:t>
              </w:r>
            </w:p>
            <w:p w:rsidR="000C47CB" w:rsidRPr="000C47CB" w:rsidRDefault="000C47CB" w:rsidP="000C47CB">
              <w:pPr>
                <w:pStyle w:val="FormInstruction"/>
                <w:numPr>
                  <w:ilvl w:val="0"/>
                  <w:numId w:val="10"/>
                </w:numPr>
                <w:spacing w:line="240" w:lineRule="auto"/>
                <w:ind w:hanging="357"/>
                <w:jc w:val="both"/>
                <w:rPr>
                  <w:lang w:val="bg-BG"/>
                </w:rPr>
              </w:pPr>
              <w:r w:rsidRPr="000C47CB">
                <w:rPr>
                  <w:lang w:val="bg-BG"/>
                </w:rPr>
                <w:t>При проведени</w:t>
              </w:r>
              <w:r>
                <w:rPr>
                  <w:lang w:val="bg-BG"/>
                </w:rPr>
                <w:t xml:space="preserve"> пазарни проучвания</w:t>
              </w:r>
              <w:r w:rsidRPr="000C47CB">
                <w:rPr>
                  <w:lang w:val="bg-BG"/>
                </w:rPr>
                <w:t xml:space="preserve"> или пазарни консултации, се посочва линк, на който са достъпни (когато е приложимо)</w:t>
              </w:r>
              <w:r>
                <w:rPr>
                  <w:lang w:val="bg-BG"/>
                </w:rPr>
                <w:t>;</w:t>
              </w:r>
            </w:p>
            <w:p w:rsidR="000C47CB" w:rsidRPr="000C47CB" w:rsidRDefault="000C47CB" w:rsidP="000C47CB">
              <w:pPr>
                <w:pStyle w:val="FormInstruction"/>
                <w:numPr>
                  <w:ilvl w:val="0"/>
                  <w:numId w:val="10"/>
                </w:numPr>
                <w:spacing w:line="240" w:lineRule="auto"/>
                <w:ind w:hanging="357"/>
                <w:jc w:val="both"/>
                <w:rPr>
                  <w:lang w:val="bg-BG"/>
                </w:rPr>
              </w:pPr>
              <w:r w:rsidRPr="000C47CB">
                <w:rPr>
                  <w:lang w:val="bg-BG"/>
                </w:rPr>
                <w:t>При</w:t>
              </w:r>
              <w:r>
                <w:rPr>
                  <w:lang w:val="bg-BG"/>
                </w:rPr>
                <w:t xml:space="preserve"> наличие на</w:t>
              </w:r>
              <w:r w:rsidRPr="000C47CB">
                <w:rPr>
                  <w:lang w:val="bg-BG"/>
                </w:rPr>
                <w:t xml:space="preserve"> открита обществена поръчка, се посочва нейния УИН в ЦАИС ЕОП</w:t>
              </w:r>
              <w:r>
                <w:rPr>
                  <w:lang w:val="bg-BG"/>
                </w:rPr>
                <w:t>;</w:t>
              </w:r>
            </w:p>
            <w:p w:rsidR="000C47CB" w:rsidRPr="000C47CB" w:rsidRDefault="000C47CB" w:rsidP="000C47CB">
              <w:pPr>
                <w:pStyle w:val="FormInstruction"/>
                <w:numPr>
                  <w:ilvl w:val="0"/>
                  <w:numId w:val="10"/>
                </w:numPr>
                <w:spacing w:line="240" w:lineRule="auto"/>
                <w:ind w:hanging="357"/>
                <w:jc w:val="both"/>
                <w:rPr>
                  <w:lang w:val="bg-BG"/>
                </w:rPr>
              </w:pPr>
              <w:r w:rsidRPr="000C47CB">
                <w:rPr>
                  <w:lang w:val="bg-BG"/>
                </w:rPr>
                <w:t>При наличие на сключен договор, се посочва неговия номер и дата на сключване, предмет,</w:t>
              </w:r>
              <w:r>
                <w:rPr>
                  <w:lang w:val="bg-BG"/>
                </w:rPr>
                <w:t xml:space="preserve"> стойност,</w:t>
              </w:r>
              <w:r w:rsidRPr="000C47CB">
                <w:rPr>
                  <w:lang w:val="bg-BG"/>
                </w:rPr>
                <w:t xml:space="preserve"> наименование на изпълнителя и пра</w:t>
              </w:r>
              <w:r>
                <w:rPr>
                  <w:lang w:val="bg-BG"/>
                </w:rPr>
                <w:t>вно основание за сключването му;</w:t>
              </w:r>
            </w:p>
            <w:p w:rsidR="007E3E38" w:rsidRPr="007E3E38" w:rsidRDefault="000C47CB" w:rsidP="00DC164A">
              <w:pPr>
                <w:pStyle w:val="FormInstruction"/>
                <w:numPr>
                  <w:ilvl w:val="0"/>
                  <w:numId w:val="10"/>
                </w:numPr>
                <w:spacing w:line="240" w:lineRule="auto"/>
                <w:ind w:hanging="357"/>
                <w:jc w:val="both"/>
                <w:rPr>
                  <w:lang w:val="bg-BG"/>
                </w:rPr>
              </w:pPr>
              <w:r w:rsidRPr="000C47CB">
                <w:rPr>
                  <w:lang w:val="bg-BG"/>
                </w:rPr>
                <w:t>В случай, че нито едно от гореизброените не е налице и не са стартирали дейности по подготовка за възлагане изпълнението на проекта, това обстоятелство се декларира изрично</w:t>
              </w:r>
              <w:r>
                <w:rPr>
                  <w:lang w:val="bg-BG"/>
                </w:rPr>
                <w:t>, включително и представяне на план-график за стартиране на дейностите</w:t>
              </w:r>
              <w:r w:rsidRPr="000C47CB">
                <w:rPr>
                  <w:lang w:val="bg-BG"/>
                </w:rPr>
                <w:t>.</w:t>
              </w:r>
            </w:p>
            <w:tbl>
              <w:tblPr>
                <w:tblW w:w="9360" w:type="dxa"/>
                <w:tblInd w:w="120" w:type="dxa"/>
                <w:tblBorders>
                  <w:top w:val="single" w:sz="6" w:space="0" w:color="8C8C8C"/>
                  <w:left w:val="single" w:sz="6" w:space="0" w:color="8C8C8C"/>
                  <w:bottom w:val="single" w:sz="6" w:space="0" w:color="8C8C8C"/>
                  <w:right w:val="single" w:sz="6" w:space="0" w:color="8C8C8C"/>
                  <w:insideH w:val="single" w:sz="6" w:space="0" w:color="8C8C8C"/>
                  <w:insideV w:val="single" w:sz="6" w:space="0" w:color="8C8C8C"/>
                </w:tblBorders>
                <w:tblLayout w:type="fixed"/>
                <w:tblLook w:val="04A0" w:firstRow="1" w:lastRow="0" w:firstColumn="1" w:lastColumn="0" w:noHBand="0" w:noVBand="1"/>
              </w:tblPr>
              <w:tblGrid>
                <w:gridCol w:w="9360"/>
              </w:tblGrid>
              <w:tr w:rsidR="00D538A7" w:rsidTr="00343C03">
                <w:trPr>
                  <w:trHeight w:val="306"/>
                </w:trPr>
                <w:tc>
                  <w:tcPr>
                    <w:tcW w:w="9372" w:type="dxa"/>
                    <w:shd w:val="clear" w:color="auto" w:fill="F7F7F7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sdt>
                    <w:sdtPr>
                      <w:alias w:val="Степен на готовност, предварителни условия и времеви хоризонт"/>
                      <w:tag w:val="ADMIN_NEW_READINESS_TIMELINE"/>
                      <w:id w:val="2008"/>
                      <w:lock w:val="sdtLocked"/>
                      <w:placeholder>
                        <w:docPart w:val="1D7255E9DC0E40ECBC260DDFB15DCCF0"/>
                      </w:placeholder>
                      <w:showingPlcHdr/>
                      <w:text w:multiLine="1"/>
                    </w:sdtPr>
                    <w:sdtEndPr/>
                    <w:sdtContent>
                      <w:p w:rsidR="00D538A7" w:rsidRDefault="0055180B" w:rsidP="0055180B">
                        <w:pPr>
                          <w:spacing w:after="0"/>
                        </w:pPr>
                        <w:r>
                          <w:rPr>
                            <w:i/>
                            <w:color w:val="666666"/>
                          </w:rPr>
                          <w:t>[</w:t>
                        </w:r>
                        <w:r w:rsidR="00AB369C">
                          <w:rPr>
                            <w:i/>
                            <w:color w:val="666666"/>
                          </w:rPr>
                          <w:t>Въведете Вашия отговор тук.</w:t>
                        </w:r>
                        <w:r>
                          <w:rPr>
                            <w:i/>
                            <w:color w:val="666666"/>
                          </w:rPr>
                          <w:t>]</w:t>
                        </w:r>
                      </w:p>
                    </w:sdtContent>
                  </w:sdt>
                </w:tc>
              </w:tr>
            </w:tbl>
            <w:p w:rsidR="007C7D49" w:rsidRDefault="00AF13D1" w:rsidP="007E3E38">
              <w:pPr>
                <w:spacing w:before="40" w:after="120" w:line="240" w:lineRule="auto"/>
                <w:jc w:val="center"/>
              </w:pPr>
              <w:r>
                <w:rPr>
                  <w:b/>
                  <w:color w:val="666666"/>
                  <w:sz w:val="18"/>
                </w:rPr>
                <w:t>КРАЙ НА ИНФОРМАЦИЯТА ЗА ПРОЕКТА</w:t>
              </w:r>
            </w:p>
          </w:sdtContent>
        </w:sdt>
      </w:sdtContent>
    </w:sdt>
    <w:p w:rsidR="00A510CD" w:rsidRDefault="00A510CD" w:rsidP="00A510CD">
      <w:pPr>
        <w:pStyle w:val="Heading2"/>
        <w:spacing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2.3. </w:t>
      </w:r>
      <w:r w:rsidR="00672253">
        <w:rPr>
          <w:rFonts w:ascii="Times New Roman" w:eastAsia="Times New Roman" w:hAnsi="Times New Roman" w:cs="Times New Roman"/>
        </w:rPr>
        <w:t>Инвестиционни потребности за</w:t>
      </w:r>
      <w:r w:rsidRPr="005C067A">
        <w:rPr>
          <w:rFonts w:ascii="Times New Roman" w:eastAsia="Times New Roman" w:hAnsi="Times New Roman" w:cs="Times New Roman"/>
        </w:rPr>
        <w:t xml:space="preserve"> реализацията на проекти, свързани с административната дейност, които не са финансово обезпечени в рамките на проектобюджета за 2027 г. и актуализираните бюджетни прогнози за периода 2028-2029 г</w:t>
      </w:r>
      <w:r>
        <w:rPr>
          <w:rFonts w:ascii="Times New Roman" w:eastAsia="Times New Roman" w:hAnsi="Times New Roman" w:cs="Times New Roman"/>
        </w:rPr>
        <w:t>.</w:t>
      </w:r>
    </w:p>
    <w:p w:rsidR="00A510CD" w:rsidRPr="005C067A" w:rsidRDefault="00672253" w:rsidP="00A510CD">
      <w:pPr>
        <w:pStyle w:val="FormInstruction"/>
        <w:spacing w:after="0"/>
        <w:jc w:val="both"/>
        <w:rPr>
          <w:lang w:val="bg-BG"/>
        </w:rPr>
      </w:pPr>
      <w:r>
        <w:rPr>
          <w:lang w:val="bg-BG"/>
        </w:rPr>
        <w:t>Посочете наименование на проекта и размера на средствата, които не са финансово обезпечени</w:t>
      </w:r>
      <w:r w:rsidR="00A510CD" w:rsidRPr="005C067A">
        <w:rPr>
          <w:lang w:val="bg-BG"/>
        </w:rPr>
        <w:t>.</w:t>
      </w:r>
    </w:p>
    <w:tbl>
      <w:tblPr>
        <w:tblW w:w="9435" w:type="dxa"/>
        <w:tblInd w:w="120" w:type="dxa"/>
        <w:tblBorders>
          <w:top w:val="single" w:sz="6" w:space="0" w:color="8C8C8C"/>
          <w:left w:val="single" w:sz="6" w:space="0" w:color="8C8C8C"/>
          <w:bottom w:val="single" w:sz="6" w:space="0" w:color="8C8C8C"/>
          <w:right w:val="single" w:sz="6" w:space="0" w:color="8C8C8C"/>
          <w:insideH w:val="single" w:sz="6" w:space="0" w:color="8C8C8C"/>
          <w:insideV w:val="single" w:sz="6" w:space="0" w:color="8C8C8C"/>
        </w:tblBorders>
        <w:tblLayout w:type="fixed"/>
        <w:tblLook w:val="04A0" w:firstRow="1" w:lastRow="0" w:firstColumn="1" w:lastColumn="0" w:noHBand="0" w:noVBand="1"/>
      </w:tblPr>
      <w:tblGrid>
        <w:gridCol w:w="9435"/>
      </w:tblGrid>
      <w:tr w:rsidR="00A510CD" w:rsidTr="00343C03">
        <w:trPr>
          <w:trHeight w:val="387"/>
        </w:trPr>
        <w:tc>
          <w:tcPr>
            <w:tcW w:w="9435" w:type="dxa"/>
            <w:shd w:val="clear" w:color="auto" w:fill="F7F7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sdt>
            <w:sdtPr>
              <w:alias w:val="Инвестиционни потребности за нови административни проекти"/>
              <w:tag w:val="ADMIN_NEW_NEEDS"/>
              <w:id w:val="2006"/>
              <w:placeholder>
                <w:docPart w:val="1081C10B906640AD8164D231C603E8EF"/>
              </w:placeholder>
              <w:showingPlcHdr/>
              <w:text w:multiLine="1"/>
            </w:sdtPr>
            <w:sdtEndPr/>
            <w:sdtContent>
              <w:p w:rsidR="00A510CD" w:rsidRDefault="00A510CD" w:rsidP="009F521D">
                <w:pPr>
                  <w:spacing w:after="0"/>
                </w:pPr>
                <w:r>
                  <w:rPr>
                    <w:i/>
                    <w:color w:val="666666"/>
                  </w:rPr>
                  <w:t>[Въведете Вашия отговор тук.]</w:t>
                </w:r>
              </w:p>
            </w:sdtContent>
          </w:sdt>
        </w:tc>
      </w:tr>
    </w:tbl>
    <w:p w:rsidR="00D538A7" w:rsidRDefault="00AF13D1">
      <w:pPr>
        <w:pStyle w:val="Heading2"/>
      </w:pPr>
      <w:r>
        <w:rPr>
          <w:rFonts w:ascii="Times New Roman" w:eastAsia="Times New Roman" w:hAnsi="Times New Roman" w:cs="Times New Roman"/>
        </w:rPr>
        <w:t>2.4. Проекти, включващи множество инвестиционни обекти</w:t>
      </w:r>
    </w:p>
    <w:p w:rsidR="00D538A7" w:rsidRDefault="00AF13D1" w:rsidP="00AF13D1">
      <w:pPr>
        <w:pStyle w:val="FormNote"/>
        <w:shd w:val="clear" w:color="auto" w:fill="F2F2F2"/>
        <w:jc w:val="both"/>
      </w:pPr>
      <w:r>
        <w:rPr>
          <w:i/>
          <w:lang w:val="bg-BG"/>
        </w:rPr>
        <w:t>Попълва се само когато множество сходни по характер и предназначение обекти са обединени в рамките на един инвестиционен проект. Не се описват останалите параметри на проекта, налични в приложение № 2иа.</w:t>
      </w:r>
    </w:p>
    <w:sdt>
      <w:sdtPr>
        <w:rPr>
          <w:b w:val="0"/>
          <w:sz w:val="22"/>
          <w:lang w:val="bg-BG"/>
        </w:rPr>
        <w:alias w:val="Повтарящ се раздел за административни проекти с множество обекти"/>
        <w:tag w:val="ADMIN_AGG_PROJECTS_REPEAT"/>
        <w:id w:val="2034"/>
        <w:lock w:val="sdtLocked"/>
        <w15:repeatingSection/>
      </w:sdtPr>
      <w:sdtEndPr/>
      <w:sdtContent>
        <w:sdt>
          <w:sdtPr>
            <w:rPr>
              <w:b w:val="0"/>
              <w:sz w:val="22"/>
              <w:lang w:val="bg-BG"/>
            </w:rPr>
            <w:alias w:val="Административни проект с множество обекти"/>
            <w:tag w:val="ADMIN_AGG_PROJECT_ITEM"/>
            <w:id w:val="2035"/>
            <w:lock w:val="sdtLocked"/>
            <w15:repeatingSectionItem/>
          </w:sdtPr>
          <w:sdtEndPr/>
          <w:sdtContent>
            <w:p w:rsidR="00D538A7" w:rsidRDefault="00AF13D1">
              <w:pPr>
                <w:pStyle w:val="ProjectItemHeader"/>
                <w:pBdr>
                  <w:top w:val="single" w:sz="6" w:space="0" w:color="BFBFBF"/>
                  <w:left w:val="single" w:sz="6" w:space="0" w:color="BFBFBF"/>
                  <w:bottom w:val="single" w:sz="6" w:space="0" w:color="BFBFBF"/>
                  <w:right w:val="single" w:sz="6" w:space="0" w:color="BFBFBF"/>
                </w:pBdr>
                <w:shd w:val="clear" w:color="auto" w:fill="DDEBF7"/>
              </w:pPr>
              <w:r>
                <w:rPr>
                  <w:lang w:val="bg-BG"/>
                </w:rPr>
                <w:t>ПРОЕКТ, ВКЛЮЧВАЩ МНОЖЕСТВО ИНВЕСТИЦИОННИ ОБЕКТИ</w:t>
              </w:r>
            </w:p>
            <w:tbl>
              <w:tblPr>
                <w:tblW w:w="9360" w:type="dxa"/>
                <w:tblInd w:w="120" w:type="dxa"/>
                <w:tblBorders>
                  <w:top w:val="single" w:sz="6" w:space="0" w:color="BFBFBF"/>
                  <w:left w:val="single" w:sz="6" w:space="0" w:color="BFBFBF"/>
                  <w:bottom w:val="single" w:sz="6" w:space="0" w:color="BFBFBF"/>
                  <w:right w:val="single" w:sz="6" w:space="0" w:color="BFBFBF"/>
                  <w:insideH w:val="single" w:sz="6" w:space="0" w:color="BFBFBF"/>
                  <w:insideV w:val="single" w:sz="6" w:space="0" w:color="BFBFBF"/>
                </w:tblBorders>
                <w:tblLayout w:type="fixed"/>
                <w:tblLook w:val="04A0" w:firstRow="1" w:lastRow="0" w:firstColumn="1" w:lastColumn="0" w:noHBand="0" w:noVBand="1"/>
              </w:tblPr>
              <w:tblGrid>
                <w:gridCol w:w="2425"/>
                <w:gridCol w:w="6935"/>
              </w:tblGrid>
              <w:tr w:rsidR="00D538A7" w:rsidTr="00343C03">
                <w:trPr>
                  <w:trHeight w:val="113"/>
                </w:trPr>
                <w:tc>
                  <w:tcPr>
                    <w:tcW w:w="2425" w:type="dxa"/>
                    <w:shd w:val="clear" w:color="auto" w:fill="F2F2F2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p w:rsidR="00D538A7" w:rsidRDefault="00AF13D1">
                    <w:pPr>
                      <w:spacing w:after="0" w:line="240" w:lineRule="auto"/>
                    </w:pPr>
                    <w:r>
                      <w:rPr>
                        <w:b/>
                        <w:sz w:val="21"/>
                      </w:rPr>
                      <w:t>Наименование на проекта</w:t>
                    </w:r>
                  </w:p>
                </w:tc>
                <w:tc>
                  <w:tcPr>
                    <w:tcW w:w="6935" w:type="dxa"/>
                    <w:shd w:val="clear" w:color="auto" w:fill="F7F7F7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sdt>
                    <w:sdtPr>
                      <w:alias w:val="Наименование на окрупнения проект"/>
                      <w:tag w:val="ADMIN_AGG_PROJECT_NAME"/>
                      <w:id w:val="2010"/>
                      <w:lock w:val="sdtLocked"/>
                      <w:placeholder>
                        <w:docPart w:val="0AD52106A5B2480BB6F32CCADE5F6E92"/>
                      </w:placeholder>
                      <w:showingPlcHdr/>
                      <w:text/>
                    </w:sdtPr>
                    <w:sdtEndPr/>
                    <w:sdtContent>
                      <w:p w:rsidR="00D538A7" w:rsidRDefault="00AF13D1">
                        <w:pPr>
                          <w:spacing w:after="0"/>
                        </w:pPr>
                        <w:r>
                          <w:rPr>
                            <w:i/>
                            <w:color w:val="666666"/>
                          </w:rPr>
                          <w:t>[Въведете точното наименование от приложение № 2иа.]</w:t>
                        </w:r>
                      </w:p>
                    </w:sdtContent>
                  </w:sdt>
                </w:tc>
              </w:tr>
              <w:tr w:rsidR="00D538A7" w:rsidTr="00343C03">
                <w:trPr>
                  <w:trHeight w:val="113"/>
                </w:trPr>
                <w:tc>
                  <w:tcPr>
                    <w:tcW w:w="2425" w:type="dxa"/>
                    <w:shd w:val="clear" w:color="auto" w:fill="F2F2F2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p w:rsidR="00D538A7" w:rsidRDefault="00AF13D1">
                    <w:pPr>
                      <w:spacing w:after="0" w:line="240" w:lineRule="auto"/>
                    </w:pPr>
                    <w:r>
                      <w:rPr>
                        <w:b/>
                        <w:sz w:val="21"/>
                      </w:rPr>
                      <w:t>Номер/идентификатор</w:t>
                    </w:r>
                  </w:p>
                </w:tc>
                <w:tc>
                  <w:tcPr>
                    <w:tcW w:w="6935" w:type="dxa"/>
                    <w:shd w:val="clear" w:color="auto" w:fill="F7F7F7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sdt>
                    <w:sdtPr>
                      <w:alias w:val="Номер или идентификатор на окрупнения проект"/>
                      <w:tag w:val="ADMIN_AGG_PROJECT_ID"/>
                      <w:id w:val="2011"/>
                      <w:lock w:val="sdtLocked"/>
                      <w:placeholder>
                        <w:docPart w:val="7F73044394984176A537D2BC7FBDB2C7"/>
                      </w:placeholder>
                      <w:showingPlcHdr/>
                      <w:text/>
                    </w:sdtPr>
                    <w:sdtEndPr/>
                    <w:sdtContent>
                      <w:p w:rsidR="00D538A7" w:rsidRDefault="00AF13D1">
                        <w:pPr>
                          <w:spacing w:after="0"/>
                        </w:pPr>
                        <w:r>
                          <w:rPr>
                            <w:i/>
                            <w:color w:val="666666"/>
                          </w:rPr>
                          <w:t>[Оставете празно, ако за новия проект още няма определен номер.]</w:t>
                        </w:r>
                      </w:p>
                    </w:sdtContent>
                  </w:sdt>
                </w:tc>
              </w:tr>
              <w:tr w:rsidR="00D538A7" w:rsidTr="00343C03">
                <w:trPr>
                  <w:trHeight w:val="113"/>
                </w:trPr>
                <w:tc>
                  <w:tcPr>
                    <w:tcW w:w="2425" w:type="dxa"/>
                    <w:shd w:val="clear" w:color="auto" w:fill="F2F2F2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p w:rsidR="00D538A7" w:rsidRDefault="00AF13D1">
                    <w:pPr>
                      <w:spacing w:after="0" w:line="240" w:lineRule="auto"/>
                    </w:pPr>
                    <w:r>
                      <w:rPr>
                        <w:b/>
                        <w:sz w:val="21"/>
                      </w:rPr>
                      <w:t>Вид на проекта</w:t>
                    </w:r>
                  </w:p>
                </w:tc>
                <w:tc>
                  <w:tcPr>
                    <w:tcW w:w="6935" w:type="dxa"/>
                    <w:shd w:val="clear" w:color="auto" w:fill="F7F7F7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sdt>
                    <w:sdtPr>
                      <w:alias w:val="Вид на проекта"/>
                      <w:tag w:val="ADMIN_AGG_PROJECT_STATUS"/>
                      <w:id w:val="2012"/>
                      <w:lock w:val="sdtLocked"/>
                      <w:placeholder>
                        <w:docPart w:val="FA736517CD67408D96DA88AA0C222CA9"/>
                      </w:placeholder>
                      <w:showingPlcHdr/>
                      <w:dropDownList>
                        <w:listItem w:displayText="Нов проект" w:value="NEW"/>
                        <w:listItem w:displayText="Преходен проект" w:value="TRANSITIONAL"/>
                      </w:dropDownList>
                    </w:sdtPr>
                    <w:sdtEndPr/>
                    <w:sdtContent>
                      <w:p w:rsidR="00D538A7" w:rsidRDefault="00AF13D1">
                        <w:r>
                          <w:rPr>
                            <w:i/>
                            <w:color w:val="666666"/>
                          </w:rPr>
                          <w:t>[Изберете от списъка.]</w:t>
                        </w:r>
                      </w:p>
                    </w:sdtContent>
                  </w:sdt>
                </w:tc>
              </w:tr>
            </w:tbl>
            <w:p w:rsidR="00D538A7" w:rsidRPr="00E84AE7" w:rsidRDefault="00AF13D1" w:rsidP="00E84AE7">
              <w:pPr>
                <w:pStyle w:val="FormFieldLabel"/>
                <w:jc w:val="both"/>
                <w:rPr>
                  <w:lang w:val="bg-BG"/>
                </w:rPr>
              </w:pPr>
              <w:r w:rsidRPr="00E84AE7">
                <w:rPr>
                  <w:lang w:val="bg-BG"/>
                </w:rPr>
                <w:t>Списък на инвестиционните обекти, включени в проекта</w:t>
              </w:r>
            </w:p>
            <w:p w:rsidR="00D538A7" w:rsidRPr="00E84AE7" w:rsidRDefault="00AF13D1" w:rsidP="00E84AE7">
              <w:pPr>
                <w:pStyle w:val="FormInstruction"/>
                <w:jc w:val="both"/>
                <w:rPr>
                  <w:lang w:val="bg-BG"/>
                </w:rPr>
              </w:pPr>
              <w:r w:rsidRPr="00E84AE7">
                <w:rPr>
                  <w:lang w:val="bg-BG"/>
                </w:rPr>
                <w:t>Посочете всеки обект на отделен ред с наименование, местоположение и достатъчно данни за еднозначното му идентифицира</w:t>
              </w:r>
              <w:r w:rsidR="00BB3F19" w:rsidRPr="00E84AE7">
                <w:rPr>
                  <w:lang w:val="bg-BG"/>
                </w:rPr>
                <w:t>не.</w:t>
              </w:r>
            </w:p>
            <w:tbl>
              <w:tblPr>
                <w:tblW w:w="9360" w:type="dxa"/>
                <w:tblInd w:w="120" w:type="dxa"/>
                <w:tblBorders>
                  <w:top w:val="single" w:sz="6" w:space="0" w:color="8C8C8C"/>
                  <w:left w:val="single" w:sz="6" w:space="0" w:color="8C8C8C"/>
                  <w:bottom w:val="single" w:sz="6" w:space="0" w:color="8C8C8C"/>
                  <w:right w:val="single" w:sz="6" w:space="0" w:color="8C8C8C"/>
                  <w:insideH w:val="single" w:sz="6" w:space="0" w:color="8C8C8C"/>
                  <w:insideV w:val="single" w:sz="6" w:space="0" w:color="8C8C8C"/>
                </w:tblBorders>
                <w:tblLayout w:type="fixed"/>
                <w:tblLook w:val="04A0" w:firstRow="1" w:lastRow="0" w:firstColumn="1" w:lastColumn="0" w:noHBand="0" w:noVBand="1"/>
              </w:tblPr>
              <w:tblGrid>
                <w:gridCol w:w="9360"/>
              </w:tblGrid>
              <w:tr w:rsidR="00D538A7" w:rsidTr="00343C03">
                <w:trPr>
                  <w:trHeight w:val="287"/>
                </w:trPr>
                <w:tc>
                  <w:tcPr>
                    <w:tcW w:w="9397" w:type="dxa"/>
                    <w:shd w:val="clear" w:color="auto" w:fill="F7F7F7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sdt>
                    <w:sdtPr>
                      <w:alias w:val="Списък на инвестиционните обекти"/>
                      <w:tag w:val="ADMIN_AGG_OBJECTS_LIST"/>
                      <w:id w:val="2013"/>
                      <w:lock w:val="sdtLocked"/>
                      <w:placeholder>
                        <w:docPart w:val="C4600F21A1D3484C8C76CE46E1CE1047"/>
                      </w:placeholder>
                      <w:showingPlcHdr/>
                      <w:text w:multiLine="1"/>
                    </w:sdtPr>
                    <w:sdtEndPr/>
                    <w:sdtContent>
                      <w:p w:rsidR="00D538A7" w:rsidRDefault="00AF13D1">
                        <w:pPr>
                          <w:spacing w:after="0"/>
                        </w:pPr>
                        <w:r>
                          <w:rPr>
                            <w:i/>
                            <w:color w:val="666666"/>
                          </w:rPr>
                          <w:t>[Въведете всеки обект на отделен ред.]</w:t>
                        </w:r>
                      </w:p>
                    </w:sdtContent>
                  </w:sdt>
                </w:tc>
              </w:tr>
            </w:tbl>
            <w:p w:rsidR="00D538A7" w:rsidRDefault="00AF13D1">
              <w:pPr>
                <w:spacing w:before="40" w:after="120" w:line="240" w:lineRule="auto"/>
                <w:jc w:val="center"/>
              </w:pPr>
              <w:r>
                <w:rPr>
                  <w:b/>
                  <w:color w:val="666666"/>
                  <w:sz w:val="18"/>
                </w:rPr>
                <w:t>КРАЙ НА СПИСЪКА С ИНВЕСТИЦИОННИ ОБЕКТИ</w:t>
              </w:r>
            </w:p>
          </w:sdtContent>
        </w:sdt>
      </w:sdtContent>
    </w:sdt>
    <w:p w:rsidR="00343C03" w:rsidRDefault="00343C03" w:rsidP="00343C03">
      <w:pPr>
        <w:pStyle w:val="Heading1"/>
        <w:rPr>
          <w:rFonts w:ascii="Times New Roman" w:eastAsia="Times New Roman" w:hAnsi="Times New Roman" w:cs="Times New Roman"/>
        </w:rPr>
      </w:pPr>
    </w:p>
    <w:p w:rsidR="00D538A7" w:rsidRDefault="00AF13D1">
      <w:pPr>
        <w:pStyle w:val="Heading1"/>
        <w:shd w:val="clear" w:color="auto" w:fill="D9D9D9"/>
      </w:pPr>
      <w:r>
        <w:rPr>
          <w:rFonts w:ascii="Times New Roman" w:eastAsia="Times New Roman" w:hAnsi="Times New Roman" w:cs="Times New Roman"/>
        </w:rPr>
        <w:t>III. ПРОЕКТИ В ОБЛАСТТА НА ЕЛЕКТРОННОТО УПРАВЛЕНИЕ И ИКТ</w:t>
      </w:r>
    </w:p>
    <w:p w:rsidR="00D538A7" w:rsidRDefault="00AF13D1" w:rsidP="00BB3F19">
      <w:pPr>
        <w:pStyle w:val="Heading2"/>
        <w:jc w:val="both"/>
      </w:pPr>
      <w:r>
        <w:rPr>
          <w:rFonts w:ascii="Times New Roman" w:eastAsia="Times New Roman" w:hAnsi="Times New Roman" w:cs="Times New Roman"/>
        </w:rPr>
        <w:t xml:space="preserve">3.1. </w:t>
      </w:r>
      <w:r w:rsidR="00BB3F19" w:rsidRPr="00A31F4B">
        <w:rPr>
          <w:rFonts w:ascii="Times New Roman" w:eastAsia="Times New Roman" w:hAnsi="Times New Roman" w:cs="Times New Roman"/>
        </w:rPr>
        <w:t xml:space="preserve">„Преходни проекти“, свързани с </w:t>
      </w:r>
      <w:r w:rsidR="00BB3F19">
        <w:rPr>
          <w:rFonts w:ascii="Times New Roman" w:eastAsia="Times New Roman" w:hAnsi="Times New Roman" w:cs="Times New Roman"/>
        </w:rPr>
        <w:t>електронното управление и ИКТ</w:t>
      </w:r>
      <w:r w:rsidR="00BB3F19" w:rsidRPr="00A31F4B">
        <w:rPr>
          <w:rFonts w:ascii="Times New Roman" w:eastAsia="Times New Roman" w:hAnsi="Times New Roman" w:cs="Times New Roman"/>
        </w:rPr>
        <w:t>, които са предложени за финансиране в рамките на проектобюджета за 2027 г. и актуализираните бюджетни прогнози за периода 2028-2029 г.</w:t>
      </w:r>
    </w:p>
    <w:p w:rsidR="00D538A7" w:rsidRPr="008B33D7" w:rsidRDefault="008B33D7" w:rsidP="00B50510">
      <w:pPr>
        <w:pStyle w:val="FormInstruction"/>
        <w:jc w:val="both"/>
        <w:rPr>
          <w:lang w:val="bg-BG"/>
        </w:rPr>
      </w:pPr>
      <w:r>
        <w:rPr>
          <w:lang w:val="bg-BG"/>
        </w:rPr>
        <w:t>Представете обобщено и кратко описание на „преходните“ проекти, свързани с електронното управление и ИКТ, продължаващи изпълнението си за</w:t>
      </w:r>
      <w:r>
        <w:t xml:space="preserve"> </w:t>
      </w:r>
      <w:r>
        <w:rPr>
          <w:lang w:val="bg-BG"/>
        </w:rPr>
        <w:t xml:space="preserve">периода </w:t>
      </w:r>
      <w:r>
        <w:t>2027</w:t>
      </w:r>
      <w:r>
        <w:rPr>
          <w:lang w:val="bg-BG"/>
        </w:rPr>
        <w:t>-</w:t>
      </w:r>
      <w:r>
        <w:t>2029 г.</w:t>
      </w:r>
      <w:r w:rsidRPr="0024379A">
        <w:rPr>
          <w:lang w:val="bg-BG"/>
        </w:rPr>
        <w:t xml:space="preserve"> </w:t>
      </w:r>
      <w:r w:rsidR="00D63C70" w:rsidRPr="00943637">
        <w:rPr>
          <w:lang w:val="bg-BG"/>
        </w:rPr>
        <w:t>Попълва се по преценка, доколкото в</w:t>
      </w:r>
      <w:r w:rsidR="006F52D3" w:rsidRPr="00943637">
        <w:rPr>
          <w:lang w:val="bg-BG"/>
        </w:rPr>
        <w:t xml:space="preserve"> М</w:t>
      </w:r>
      <w:r w:rsidR="006F52D3">
        <w:rPr>
          <w:lang w:val="bg-BG"/>
        </w:rPr>
        <w:t>инистерството на финансите</w:t>
      </w:r>
      <w:r w:rsidR="006F52D3" w:rsidRPr="00943637">
        <w:rPr>
          <w:lang w:val="bg-BG"/>
        </w:rPr>
        <w:t xml:space="preserve"> вече е </w:t>
      </w:r>
      <w:r w:rsidR="006F52D3">
        <w:rPr>
          <w:lang w:val="bg-BG"/>
        </w:rPr>
        <w:t xml:space="preserve">представена </w:t>
      </w:r>
      <w:proofErr w:type="spellStart"/>
      <w:r w:rsidR="006F52D3">
        <w:rPr>
          <w:lang w:val="bg-BG"/>
        </w:rPr>
        <w:t>относима</w:t>
      </w:r>
      <w:proofErr w:type="spellEnd"/>
      <w:r w:rsidR="006F52D3">
        <w:rPr>
          <w:lang w:val="bg-BG"/>
        </w:rPr>
        <w:t xml:space="preserve"> информация</w:t>
      </w:r>
      <w:r w:rsidR="006F52D3" w:rsidRPr="00943637">
        <w:rPr>
          <w:lang w:val="bg-BG"/>
        </w:rPr>
        <w:t xml:space="preserve"> </w:t>
      </w:r>
      <w:r w:rsidR="006F52D3">
        <w:rPr>
          <w:lang w:val="bg-BG"/>
        </w:rPr>
        <w:t xml:space="preserve">(в изпълнение на насоките, дадени от министъра на финансите с писма №№ СП-1 </w:t>
      </w:r>
      <w:r w:rsidR="006F52D3" w:rsidRPr="009F521D">
        <w:rPr>
          <w:lang w:val="bg-BG"/>
        </w:rPr>
        <w:t>91-00-205</w:t>
      </w:r>
      <w:r w:rsidR="006F52D3">
        <w:rPr>
          <w:lang w:val="bg-BG"/>
        </w:rPr>
        <w:t xml:space="preserve"> от 08.05.2025 г. и СП-1 91-00-29 от 26.01.2026 г. относно м</w:t>
      </w:r>
      <w:r w:rsidR="006F52D3" w:rsidRPr="009F521D">
        <w:rPr>
          <w:lang w:val="bg-BG"/>
        </w:rPr>
        <w:t>ониторинг на финансовото изпълнение на инвестиционни проекти, финансирани със средства от държавния бюджет</w:t>
      </w:r>
      <w:r w:rsidR="006F52D3">
        <w:rPr>
          <w:lang w:val="bg-BG"/>
        </w:rPr>
        <w:t>).</w:t>
      </w:r>
    </w:p>
    <w:tbl>
      <w:tblPr>
        <w:tblW w:w="9360" w:type="dxa"/>
        <w:tblInd w:w="120" w:type="dxa"/>
        <w:tblBorders>
          <w:top w:val="single" w:sz="6" w:space="0" w:color="8C8C8C"/>
          <w:left w:val="single" w:sz="6" w:space="0" w:color="8C8C8C"/>
          <w:bottom w:val="single" w:sz="6" w:space="0" w:color="8C8C8C"/>
          <w:right w:val="single" w:sz="6" w:space="0" w:color="8C8C8C"/>
          <w:insideH w:val="single" w:sz="6" w:space="0" w:color="8C8C8C"/>
          <w:insideV w:val="single" w:sz="6" w:space="0" w:color="8C8C8C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D538A7" w:rsidTr="00343C03">
        <w:trPr>
          <w:trHeight w:val="330"/>
        </w:trPr>
        <w:tc>
          <w:tcPr>
            <w:tcW w:w="9273" w:type="dxa"/>
            <w:shd w:val="clear" w:color="auto" w:fill="F7F7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sdt>
            <w:sdtPr>
              <w:alias w:val="Инвестиционни потребности, свързани с преходните проекти в областта на ЕУ и ИКТ"/>
              <w:tag w:val="ICT_TRANSITION_NEEDS"/>
              <w:id w:val="2014"/>
              <w:lock w:val="sdtLocked"/>
              <w:placeholder>
                <w:docPart w:val="71995259DEBC4A378EEC37A75C79515B"/>
              </w:placeholder>
              <w:showingPlcHdr/>
              <w:text w:multiLine="1"/>
            </w:sdtPr>
            <w:sdtEndPr/>
            <w:sdtContent>
              <w:p w:rsidR="00D538A7" w:rsidRDefault="00AF13D1">
                <w:pPr>
                  <w:spacing w:after="0"/>
                </w:pPr>
                <w:r>
                  <w:rPr>
                    <w:i/>
                    <w:color w:val="666666"/>
                  </w:rPr>
                  <w:t>[</w:t>
                </w:r>
                <w:r w:rsidR="00842F80">
                  <w:rPr>
                    <w:i/>
                    <w:color w:val="666666"/>
                  </w:rPr>
                  <w:t>Въведете Вашия отговор тук.</w:t>
                </w:r>
                <w:r>
                  <w:rPr>
                    <w:i/>
                    <w:color w:val="666666"/>
                  </w:rPr>
                  <w:t>]</w:t>
                </w:r>
              </w:p>
            </w:sdtContent>
          </w:sdt>
        </w:tc>
      </w:tr>
    </w:tbl>
    <w:p w:rsidR="00D538A7" w:rsidRDefault="00A510CD" w:rsidP="001436B6">
      <w:pPr>
        <w:pStyle w:val="Heading2"/>
        <w:jc w:val="both"/>
      </w:pPr>
      <w:r>
        <w:rPr>
          <w:rFonts w:ascii="Times New Roman" w:eastAsia="Times New Roman" w:hAnsi="Times New Roman" w:cs="Times New Roman"/>
        </w:rPr>
        <w:t>3.2</w:t>
      </w:r>
      <w:r w:rsidR="00AF13D1">
        <w:rPr>
          <w:rFonts w:ascii="Times New Roman" w:eastAsia="Times New Roman" w:hAnsi="Times New Roman" w:cs="Times New Roman"/>
        </w:rPr>
        <w:t xml:space="preserve">. </w:t>
      </w:r>
      <w:r w:rsidR="001436B6" w:rsidRPr="001436B6">
        <w:rPr>
          <w:rFonts w:ascii="Times New Roman" w:eastAsia="Times New Roman" w:hAnsi="Times New Roman" w:cs="Times New Roman"/>
        </w:rPr>
        <w:t>„Нови“ проекти, свързани с електронното управление и ИКТ, които са предложени за финансиране в рамките на проектобюджета за 2027 г. и актуализираните бюджетни прогнози за периода 2028-2029 г. и за които е налице мотивирана обоснованост в конкретно посочените случаи в Указанията за подготовката и представянето на проектобюджетите на първостепенните разпоредители с бюджет за 2027 г. и на актуализираните им бюджетни прогнози за периода 2028-2029 г.</w:t>
      </w:r>
    </w:p>
    <w:p w:rsidR="00D538A7" w:rsidRDefault="00AF13D1">
      <w:pPr>
        <w:pStyle w:val="FormNote"/>
        <w:shd w:val="clear" w:color="auto" w:fill="F2F2F2"/>
      </w:pPr>
      <w:r>
        <w:rPr>
          <w:b/>
          <w:lang w:val="bg-BG"/>
        </w:rPr>
        <w:t xml:space="preserve">Начин на попълване: </w:t>
      </w:r>
      <w:r>
        <w:rPr>
          <w:i/>
          <w:lang w:val="bg-BG"/>
        </w:rPr>
        <w:t>Попълва се по един запис за всеки нов проект от приложение № 2иб. За добавяне на следващ проект използвайте знака „+“.</w:t>
      </w:r>
    </w:p>
    <w:sdt>
      <w:sdtPr>
        <w:rPr>
          <w:b w:val="0"/>
          <w:sz w:val="22"/>
          <w:lang w:val="bg-BG"/>
        </w:rPr>
        <w:alias w:val="Повтарящ се раздел за новите ЕУ и ИКТ проекти"/>
        <w:tag w:val="ICT_NEW_PROJECTS_REPEAT"/>
        <w:id w:val="2036"/>
        <w15:repeatingSection/>
      </w:sdtPr>
      <w:sdtEndPr/>
      <w:sdtContent>
        <w:sdt>
          <w:sdtPr>
            <w:rPr>
              <w:b w:val="0"/>
              <w:sz w:val="22"/>
              <w:lang w:val="bg-BG"/>
            </w:rPr>
            <w:alias w:val="Нов ЕУ и ИКТ проект"/>
            <w:tag w:val="ICT_NEW_PROJECT_ITEM"/>
            <w:id w:val="2037"/>
            <w15:repeatingSectionItem/>
          </w:sdtPr>
          <w:sdtEndPr/>
          <w:sdtContent>
            <w:p w:rsidR="00D538A7" w:rsidRDefault="00AF13D1">
              <w:pPr>
                <w:pStyle w:val="ProjectItemHeader"/>
                <w:pBdr>
                  <w:top w:val="single" w:sz="6" w:space="0" w:color="BFBFBF"/>
                  <w:left w:val="single" w:sz="6" w:space="0" w:color="BFBFBF"/>
                  <w:bottom w:val="single" w:sz="6" w:space="0" w:color="BFBFBF"/>
                  <w:right w:val="single" w:sz="6" w:space="0" w:color="BFBFBF"/>
                </w:pBdr>
                <w:shd w:val="clear" w:color="auto" w:fill="DDEBF7"/>
              </w:pPr>
              <w:r>
                <w:rPr>
                  <w:lang w:val="bg-BG"/>
                </w:rPr>
                <w:t>НОВ ИНВЕСТИЦИОНЕН ПРОЕКТ</w:t>
              </w:r>
            </w:p>
            <w:tbl>
              <w:tblPr>
                <w:tblW w:w="9360" w:type="dxa"/>
                <w:tblInd w:w="120" w:type="dxa"/>
                <w:tblBorders>
                  <w:top w:val="single" w:sz="6" w:space="0" w:color="BFBFBF"/>
                  <w:left w:val="single" w:sz="6" w:space="0" w:color="BFBFBF"/>
                  <w:bottom w:val="single" w:sz="6" w:space="0" w:color="BFBFBF"/>
                  <w:right w:val="single" w:sz="6" w:space="0" w:color="BFBFBF"/>
                  <w:insideH w:val="single" w:sz="6" w:space="0" w:color="BFBFBF"/>
                  <w:insideV w:val="single" w:sz="6" w:space="0" w:color="BFBFBF"/>
                </w:tblBorders>
                <w:tblLayout w:type="fixed"/>
                <w:tblLook w:val="04A0" w:firstRow="1" w:lastRow="0" w:firstColumn="1" w:lastColumn="0" w:noHBand="0" w:noVBand="1"/>
              </w:tblPr>
              <w:tblGrid>
                <w:gridCol w:w="2352"/>
                <w:gridCol w:w="7008"/>
              </w:tblGrid>
              <w:tr w:rsidR="00D538A7" w:rsidTr="00343C03">
                <w:trPr>
                  <w:trHeight w:val="222"/>
                </w:trPr>
                <w:tc>
                  <w:tcPr>
                    <w:tcW w:w="2378" w:type="dxa"/>
                    <w:shd w:val="clear" w:color="auto" w:fill="F2F2F2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p w:rsidR="00D538A7" w:rsidRDefault="00AF13D1">
                    <w:pPr>
                      <w:spacing w:after="0" w:line="240" w:lineRule="auto"/>
                    </w:pPr>
                    <w:r>
                      <w:rPr>
                        <w:b/>
                        <w:sz w:val="21"/>
                      </w:rPr>
                      <w:t>Наименование на проекта</w:t>
                    </w:r>
                  </w:p>
                </w:tc>
                <w:tc>
                  <w:tcPr>
                    <w:tcW w:w="7094" w:type="dxa"/>
                    <w:shd w:val="clear" w:color="auto" w:fill="F7F7F7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sdt>
                    <w:sdtPr>
                      <w:alias w:val="Наименование на новия проект"/>
                      <w:tag w:val="ICT_NEW_PROJECT_NAME"/>
                      <w:id w:val="2016"/>
                      <w:lock w:val="sdtLocked"/>
                      <w:placeholder>
                        <w:docPart w:val="351DA0B5078F49CA9FD7BCC206ACF430"/>
                      </w:placeholder>
                      <w:showingPlcHdr/>
                      <w:text/>
                    </w:sdtPr>
                    <w:sdtEndPr/>
                    <w:sdtContent>
                      <w:p w:rsidR="00D538A7" w:rsidRDefault="00AF13D1">
                        <w:pPr>
                          <w:spacing w:after="0"/>
                        </w:pPr>
                        <w:r>
                          <w:rPr>
                            <w:i/>
                            <w:color w:val="666666"/>
                          </w:rPr>
                          <w:t>[Въведете точното наименование от приложение № 2иб.]</w:t>
                        </w:r>
                      </w:p>
                    </w:sdtContent>
                  </w:sdt>
                </w:tc>
              </w:tr>
            </w:tbl>
            <w:p w:rsidR="00D538A7" w:rsidRPr="001436B6" w:rsidRDefault="001436B6" w:rsidP="001436B6">
              <w:pPr>
                <w:pStyle w:val="FormFieldLabel"/>
                <w:jc w:val="both"/>
                <w:rPr>
                  <w:lang w:val="bg-BG"/>
                </w:rPr>
              </w:pPr>
              <w:r w:rsidRPr="001436B6">
                <w:rPr>
                  <w:lang w:val="bg-BG"/>
                </w:rPr>
                <w:t>Степен на готовност:</w:t>
              </w:r>
            </w:p>
            <w:p w:rsidR="000C47CB" w:rsidRPr="000C47CB" w:rsidRDefault="000C47CB" w:rsidP="000C47CB">
              <w:pPr>
                <w:pStyle w:val="FormInstruction"/>
                <w:numPr>
                  <w:ilvl w:val="0"/>
                  <w:numId w:val="11"/>
                </w:numPr>
                <w:spacing w:after="0" w:line="240" w:lineRule="auto"/>
                <w:jc w:val="both"/>
                <w:rPr>
                  <w:lang w:val="bg-BG"/>
                </w:rPr>
              </w:pPr>
              <w:r w:rsidRPr="000C47CB">
                <w:rPr>
                  <w:lang w:val="bg-BG"/>
                </w:rPr>
                <w:t>Посочете информация за степента на готовност за възлагане на дейностите по проекта в това число:</w:t>
              </w:r>
            </w:p>
            <w:p w:rsidR="000C47CB" w:rsidRPr="000C47CB" w:rsidRDefault="000C47CB" w:rsidP="000C47CB">
              <w:pPr>
                <w:pStyle w:val="FormInstruction"/>
                <w:numPr>
                  <w:ilvl w:val="0"/>
                  <w:numId w:val="8"/>
                </w:numPr>
                <w:spacing w:line="240" w:lineRule="auto"/>
                <w:ind w:hanging="357"/>
                <w:jc w:val="both"/>
                <w:rPr>
                  <w:lang w:val="bg-BG"/>
                </w:rPr>
              </w:pPr>
              <w:r w:rsidRPr="000C47CB">
                <w:rPr>
                  <w:lang w:val="bg-BG"/>
                </w:rPr>
                <w:t> извършените подготвителни действия (напр. проведени пазарни проучвания/консултации, открита обществена поръчка, сключен договор)</w:t>
              </w:r>
              <w:r>
                <w:rPr>
                  <w:lang w:val="bg-BG"/>
                </w:rPr>
                <w:t>;</w:t>
              </w:r>
            </w:p>
            <w:p w:rsidR="000C47CB" w:rsidRPr="000C47CB" w:rsidRDefault="000C47CB" w:rsidP="000C47CB">
              <w:pPr>
                <w:pStyle w:val="FormInstruction"/>
                <w:numPr>
                  <w:ilvl w:val="0"/>
                  <w:numId w:val="8"/>
                </w:numPr>
                <w:spacing w:line="240" w:lineRule="auto"/>
                <w:ind w:hanging="357"/>
                <w:jc w:val="both"/>
                <w:rPr>
                  <w:lang w:val="bg-BG"/>
                </w:rPr>
              </w:pPr>
              <w:r w:rsidRPr="000C47CB">
                <w:rPr>
                  <w:lang w:val="bg-BG"/>
                </w:rPr>
                <w:t xml:space="preserve">планиран времеви период за започване и приключване на проекта; </w:t>
              </w:r>
            </w:p>
            <w:p w:rsidR="000C47CB" w:rsidRPr="000C47CB" w:rsidRDefault="000C47CB" w:rsidP="000C47CB">
              <w:pPr>
                <w:pStyle w:val="FormInstruction"/>
                <w:numPr>
                  <w:ilvl w:val="0"/>
                  <w:numId w:val="11"/>
                </w:numPr>
                <w:spacing w:line="240" w:lineRule="auto"/>
                <w:ind w:hanging="357"/>
                <w:jc w:val="both"/>
                <w:rPr>
                  <w:lang w:val="bg-BG"/>
                </w:rPr>
              </w:pPr>
              <w:r w:rsidRPr="000C47CB">
                <w:rPr>
                  <w:lang w:val="bg-BG"/>
                </w:rPr>
                <w:t>При проведени</w:t>
              </w:r>
              <w:r>
                <w:rPr>
                  <w:lang w:val="bg-BG"/>
                </w:rPr>
                <w:t xml:space="preserve"> пазарни проучвания</w:t>
              </w:r>
              <w:r w:rsidRPr="000C47CB">
                <w:rPr>
                  <w:lang w:val="bg-BG"/>
                </w:rPr>
                <w:t xml:space="preserve"> или пазарни консултации, се посочва линк, на който са достъпни (когато е приложимо)</w:t>
              </w:r>
              <w:r>
                <w:rPr>
                  <w:lang w:val="bg-BG"/>
                </w:rPr>
                <w:t>;</w:t>
              </w:r>
            </w:p>
            <w:p w:rsidR="000C47CB" w:rsidRPr="000C47CB" w:rsidRDefault="000C47CB" w:rsidP="000C47CB">
              <w:pPr>
                <w:pStyle w:val="FormInstruction"/>
                <w:numPr>
                  <w:ilvl w:val="0"/>
                  <w:numId w:val="11"/>
                </w:numPr>
                <w:spacing w:line="240" w:lineRule="auto"/>
                <w:ind w:hanging="357"/>
                <w:jc w:val="both"/>
                <w:rPr>
                  <w:lang w:val="bg-BG"/>
                </w:rPr>
              </w:pPr>
              <w:r w:rsidRPr="000C47CB">
                <w:rPr>
                  <w:lang w:val="bg-BG"/>
                </w:rPr>
                <w:t>При</w:t>
              </w:r>
              <w:r>
                <w:rPr>
                  <w:lang w:val="bg-BG"/>
                </w:rPr>
                <w:t xml:space="preserve"> наличие на</w:t>
              </w:r>
              <w:r w:rsidRPr="000C47CB">
                <w:rPr>
                  <w:lang w:val="bg-BG"/>
                </w:rPr>
                <w:t xml:space="preserve"> открита обществена поръчка, се посочва нейния УИН в ЦАИС ЕОП</w:t>
              </w:r>
              <w:r>
                <w:rPr>
                  <w:lang w:val="bg-BG"/>
                </w:rPr>
                <w:t>;</w:t>
              </w:r>
            </w:p>
            <w:p w:rsidR="000C47CB" w:rsidRPr="000C47CB" w:rsidRDefault="000C47CB" w:rsidP="000C47CB">
              <w:pPr>
                <w:pStyle w:val="FormInstruction"/>
                <w:numPr>
                  <w:ilvl w:val="0"/>
                  <w:numId w:val="11"/>
                </w:numPr>
                <w:spacing w:line="240" w:lineRule="auto"/>
                <w:ind w:hanging="357"/>
                <w:jc w:val="both"/>
                <w:rPr>
                  <w:lang w:val="bg-BG"/>
                </w:rPr>
              </w:pPr>
              <w:r w:rsidRPr="000C47CB">
                <w:rPr>
                  <w:lang w:val="bg-BG"/>
                </w:rPr>
                <w:t>При наличие на сключен договор, се посочва неговия номер и дата на сключване, предмет,</w:t>
              </w:r>
              <w:r>
                <w:rPr>
                  <w:lang w:val="bg-BG"/>
                </w:rPr>
                <w:t xml:space="preserve"> стойност,</w:t>
              </w:r>
              <w:r w:rsidRPr="000C47CB">
                <w:rPr>
                  <w:lang w:val="bg-BG"/>
                </w:rPr>
                <w:t xml:space="preserve"> наименование на изпълнителя и пра</w:t>
              </w:r>
              <w:r>
                <w:rPr>
                  <w:lang w:val="bg-BG"/>
                </w:rPr>
                <w:t>вно основание за сключването му;</w:t>
              </w:r>
            </w:p>
            <w:p w:rsidR="001436B6" w:rsidRPr="00DC164A" w:rsidRDefault="000C47CB" w:rsidP="00DC164A">
              <w:pPr>
                <w:pStyle w:val="FormInstruction"/>
                <w:numPr>
                  <w:ilvl w:val="0"/>
                  <w:numId w:val="11"/>
                </w:numPr>
                <w:spacing w:line="240" w:lineRule="auto"/>
                <w:ind w:hanging="357"/>
                <w:jc w:val="both"/>
                <w:rPr>
                  <w:szCs w:val="21"/>
                  <w:lang w:val="bg-BG"/>
                </w:rPr>
              </w:pPr>
              <w:r w:rsidRPr="000C47CB">
                <w:rPr>
                  <w:lang w:val="bg-BG"/>
                </w:rPr>
                <w:t>В случай, че нито едно от гореизброените не е налице и не са стартирали дейности по подготовка за възлагане изпълнението на проекта, това обстоятелство се декларира изрично</w:t>
              </w:r>
              <w:r>
                <w:rPr>
                  <w:lang w:val="bg-BG"/>
                </w:rPr>
                <w:t>, включително и представяне на план-график за стартиране на дейностите</w:t>
              </w:r>
              <w:r w:rsidRPr="000C47CB">
                <w:rPr>
                  <w:lang w:val="bg-BG"/>
                </w:rPr>
                <w:t>.</w:t>
              </w:r>
            </w:p>
            <w:tbl>
              <w:tblPr>
                <w:tblW w:w="9360" w:type="dxa"/>
                <w:tblInd w:w="120" w:type="dxa"/>
                <w:tblBorders>
                  <w:top w:val="single" w:sz="6" w:space="0" w:color="8C8C8C"/>
                  <w:left w:val="single" w:sz="6" w:space="0" w:color="8C8C8C"/>
                  <w:bottom w:val="single" w:sz="6" w:space="0" w:color="8C8C8C"/>
                  <w:right w:val="single" w:sz="6" w:space="0" w:color="8C8C8C"/>
                  <w:insideH w:val="single" w:sz="6" w:space="0" w:color="8C8C8C"/>
                  <w:insideV w:val="single" w:sz="6" w:space="0" w:color="8C8C8C"/>
                </w:tblBorders>
                <w:tblLayout w:type="fixed"/>
                <w:tblLook w:val="04A0" w:firstRow="1" w:lastRow="0" w:firstColumn="1" w:lastColumn="0" w:noHBand="0" w:noVBand="1"/>
              </w:tblPr>
              <w:tblGrid>
                <w:gridCol w:w="9360"/>
              </w:tblGrid>
              <w:tr w:rsidR="00D538A7" w:rsidTr="00343C03">
                <w:trPr>
                  <w:trHeight w:val="384"/>
                </w:trPr>
                <w:tc>
                  <w:tcPr>
                    <w:tcW w:w="9535" w:type="dxa"/>
                    <w:shd w:val="clear" w:color="auto" w:fill="F7F7F7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sdt>
                    <w:sdtPr>
                      <w:alias w:val="Степен на готовност, предварителни условия и времеви хоризонт"/>
                      <w:tag w:val="ICT_NEW_READINESS_TIMELINE"/>
                      <w:id w:val="2017"/>
                      <w:lock w:val="sdtLocked"/>
                      <w:placeholder>
                        <w:docPart w:val="4967DE460C6443308A7478911AF37933"/>
                      </w:placeholder>
                      <w:showingPlcHdr/>
                      <w:text w:multiLine="1"/>
                    </w:sdtPr>
                    <w:sdtEndPr/>
                    <w:sdtContent>
                      <w:p w:rsidR="00D538A7" w:rsidRDefault="00AF13D1" w:rsidP="007F39FC">
                        <w:pPr>
                          <w:spacing w:after="0"/>
                        </w:pPr>
                        <w:r>
                          <w:rPr>
                            <w:i/>
                            <w:color w:val="666666"/>
                          </w:rPr>
                          <w:t>[</w:t>
                        </w:r>
                        <w:r w:rsidR="007F39FC">
                          <w:rPr>
                            <w:i/>
                            <w:color w:val="666666"/>
                          </w:rPr>
                          <w:t>Въведете Вашия отговор тук.</w:t>
                        </w:r>
                        <w:r>
                          <w:rPr>
                            <w:i/>
                            <w:color w:val="666666"/>
                          </w:rPr>
                          <w:t>]</w:t>
                        </w:r>
                      </w:p>
                    </w:sdtContent>
                  </w:sdt>
                </w:tc>
              </w:tr>
            </w:tbl>
            <w:p w:rsidR="00A510CD" w:rsidRDefault="00AF13D1" w:rsidP="00A510CD">
              <w:pPr>
                <w:spacing w:before="40" w:after="120" w:line="240" w:lineRule="auto"/>
                <w:jc w:val="center"/>
              </w:pPr>
              <w:r>
                <w:rPr>
                  <w:b/>
                  <w:color w:val="666666"/>
                  <w:sz w:val="18"/>
                </w:rPr>
                <w:t>КРАЙ НА ИНФОРМАЦИЯТА ЗА ПРОЕКТА</w:t>
              </w:r>
            </w:p>
          </w:sdtContent>
        </w:sdt>
      </w:sdtContent>
    </w:sdt>
    <w:p w:rsidR="00A510CD" w:rsidRDefault="00672253" w:rsidP="00A510CD">
      <w:pPr>
        <w:pStyle w:val="Heading2"/>
        <w:spacing w:before="0"/>
        <w:jc w:val="both"/>
      </w:pPr>
      <w:r>
        <w:rPr>
          <w:rFonts w:ascii="Times New Roman" w:eastAsia="Times New Roman" w:hAnsi="Times New Roman" w:cs="Times New Roman"/>
        </w:rPr>
        <w:t>3.3. Инвестиционни потребности за</w:t>
      </w:r>
      <w:r w:rsidR="00A510CD" w:rsidRPr="00B50510">
        <w:rPr>
          <w:rFonts w:ascii="Times New Roman" w:eastAsia="Times New Roman" w:hAnsi="Times New Roman" w:cs="Times New Roman"/>
        </w:rPr>
        <w:t xml:space="preserve"> реализацията на проекти, свързани с електронното управление и ИКТ, които не са финансово обезпечени в рамките на проектобюджета за 2027 г. и актуализираните бюджетни прогнози за периода 2028-2029 г.</w:t>
      </w:r>
    </w:p>
    <w:p w:rsidR="00672253" w:rsidRPr="005C067A" w:rsidRDefault="00672253" w:rsidP="00672253">
      <w:pPr>
        <w:pStyle w:val="FormInstruction"/>
        <w:spacing w:after="0"/>
        <w:jc w:val="both"/>
        <w:rPr>
          <w:lang w:val="bg-BG"/>
        </w:rPr>
      </w:pPr>
      <w:r>
        <w:rPr>
          <w:lang w:val="bg-BG"/>
        </w:rPr>
        <w:t>Посочете наименование на проекта и размера на средствата, които не са финансово обезпечени</w:t>
      </w:r>
      <w:r w:rsidRPr="005C067A">
        <w:rPr>
          <w:lang w:val="bg-BG"/>
        </w:rPr>
        <w:t>.</w:t>
      </w:r>
    </w:p>
    <w:tbl>
      <w:tblPr>
        <w:tblW w:w="9560" w:type="dxa"/>
        <w:tblInd w:w="120" w:type="dxa"/>
        <w:tblBorders>
          <w:top w:val="single" w:sz="6" w:space="0" w:color="8C8C8C"/>
          <w:left w:val="single" w:sz="6" w:space="0" w:color="8C8C8C"/>
          <w:bottom w:val="single" w:sz="6" w:space="0" w:color="8C8C8C"/>
          <w:right w:val="single" w:sz="6" w:space="0" w:color="8C8C8C"/>
          <w:insideH w:val="single" w:sz="6" w:space="0" w:color="8C8C8C"/>
          <w:insideV w:val="single" w:sz="6" w:space="0" w:color="8C8C8C"/>
        </w:tblBorders>
        <w:tblLayout w:type="fixed"/>
        <w:tblLook w:val="04A0" w:firstRow="1" w:lastRow="0" w:firstColumn="1" w:lastColumn="0" w:noHBand="0" w:noVBand="1"/>
      </w:tblPr>
      <w:tblGrid>
        <w:gridCol w:w="9560"/>
      </w:tblGrid>
      <w:tr w:rsidR="00A510CD" w:rsidTr="00343C03">
        <w:trPr>
          <w:trHeight w:val="349"/>
        </w:trPr>
        <w:tc>
          <w:tcPr>
            <w:tcW w:w="9560" w:type="dxa"/>
            <w:shd w:val="clear" w:color="auto" w:fill="F7F7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sdt>
            <w:sdtPr>
              <w:alias w:val="Инвестиционни потребности за нови проекти в областта на ЕУ и ИКТ"/>
              <w:tag w:val="ICT_NEW_NEEDS"/>
              <w:id w:val="2015"/>
              <w:placeholder>
                <w:docPart w:val="CCB6C57723794F528EE6C2A28FA5154C"/>
              </w:placeholder>
              <w:showingPlcHdr/>
              <w:text w:multiLine="1"/>
            </w:sdtPr>
            <w:sdtEndPr/>
            <w:sdtContent>
              <w:p w:rsidR="00A510CD" w:rsidRDefault="00A510CD" w:rsidP="009F521D">
                <w:pPr>
                  <w:spacing w:after="0"/>
                </w:pPr>
                <w:r>
                  <w:rPr>
                    <w:i/>
                    <w:color w:val="666666"/>
                  </w:rPr>
                  <w:t>[Въведете Вашия отговор тук.]</w:t>
                </w:r>
              </w:p>
            </w:sdtContent>
          </w:sdt>
        </w:tc>
      </w:tr>
    </w:tbl>
    <w:p w:rsidR="00A510CD" w:rsidRDefault="00A510CD" w:rsidP="00A510CD">
      <w:pPr>
        <w:spacing w:before="40" w:after="0" w:line="240" w:lineRule="auto"/>
      </w:pPr>
    </w:p>
    <w:p w:rsidR="00D538A7" w:rsidRDefault="00AF13D1" w:rsidP="00A510CD">
      <w:pPr>
        <w:pStyle w:val="Heading2"/>
        <w:spacing w:before="0"/>
      </w:pPr>
      <w:r>
        <w:rPr>
          <w:rFonts w:ascii="Times New Roman" w:eastAsia="Times New Roman" w:hAnsi="Times New Roman" w:cs="Times New Roman"/>
        </w:rPr>
        <w:t>3.4. Проекти, включващи множество инвестиционни обекти</w:t>
      </w:r>
    </w:p>
    <w:p w:rsidR="00D538A7" w:rsidRDefault="00F770BA" w:rsidP="00E664C2">
      <w:pPr>
        <w:pStyle w:val="FormNote"/>
        <w:shd w:val="clear" w:color="auto" w:fill="F2F2F2"/>
        <w:jc w:val="both"/>
      </w:pPr>
      <w:r>
        <w:rPr>
          <w:i/>
          <w:lang w:val="bg-BG"/>
        </w:rPr>
        <w:t>Попълва се само когато множество сходни по характер и предназначение обекти са обединени в рамките на един инвестиционен проект. Не се описват останалите параметри на проекта, налични в приложение № 2иб</w:t>
      </w:r>
      <w:r w:rsidR="00AF13D1">
        <w:rPr>
          <w:i/>
          <w:lang w:val="bg-BG"/>
        </w:rPr>
        <w:t>.</w:t>
      </w:r>
    </w:p>
    <w:sdt>
      <w:sdtPr>
        <w:rPr>
          <w:b w:val="0"/>
          <w:sz w:val="22"/>
          <w:lang w:val="bg-BG"/>
        </w:rPr>
        <w:alias w:val="Повтарящ се раздел за ЕУ и ИКТ проекти с множество обекти"/>
        <w:tag w:val="ICT_AGG_PROJECTS_REPEAT"/>
        <w:id w:val="-1900201835"/>
        <w:lock w:val="sdtLocked"/>
        <w15:repeatingSection/>
      </w:sdtPr>
      <w:sdtEndPr/>
      <w:sdtContent>
        <w:sdt>
          <w:sdtPr>
            <w:rPr>
              <w:b w:val="0"/>
              <w:sz w:val="22"/>
              <w:lang w:val="bg-BG"/>
            </w:rPr>
            <w:alias w:val="Еу и икт проект с множество обекти"/>
            <w:tag w:val="ICT_AGG_PROJECT_ITEM"/>
            <w:id w:val="2039"/>
            <w:lock w:val="sdtLocked"/>
            <w15:repeatingSectionItem/>
          </w:sdtPr>
          <w:sdtEndPr/>
          <w:sdtContent>
            <w:p w:rsidR="00D538A7" w:rsidRDefault="00AF13D1">
              <w:pPr>
                <w:pStyle w:val="ProjectItemHeader"/>
                <w:pBdr>
                  <w:top w:val="single" w:sz="6" w:space="0" w:color="BFBFBF"/>
                  <w:left w:val="single" w:sz="6" w:space="0" w:color="BFBFBF"/>
                  <w:bottom w:val="single" w:sz="6" w:space="0" w:color="BFBFBF"/>
                  <w:right w:val="single" w:sz="6" w:space="0" w:color="BFBFBF"/>
                </w:pBdr>
                <w:shd w:val="clear" w:color="auto" w:fill="DDEBF7"/>
              </w:pPr>
              <w:r>
                <w:rPr>
                  <w:lang w:val="bg-BG"/>
                </w:rPr>
                <w:t>ПРОЕКТ, ВКЛЮЧВАЩ МНОЖЕСТВО ИНВЕСТИЦИОННИ ОБЕКТИ</w:t>
              </w:r>
            </w:p>
            <w:tbl>
              <w:tblPr>
                <w:tblW w:w="9360" w:type="dxa"/>
                <w:tblInd w:w="120" w:type="dxa"/>
                <w:tblBorders>
                  <w:top w:val="single" w:sz="6" w:space="0" w:color="BFBFBF"/>
                  <w:left w:val="single" w:sz="6" w:space="0" w:color="BFBFBF"/>
                  <w:bottom w:val="single" w:sz="6" w:space="0" w:color="BFBFBF"/>
                  <w:right w:val="single" w:sz="6" w:space="0" w:color="BFBFBF"/>
                  <w:insideH w:val="single" w:sz="6" w:space="0" w:color="BFBFBF"/>
                  <w:insideV w:val="single" w:sz="6" w:space="0" w:color="BFBFBF"/>
                </w:tblBorders>
                <w:tblLayout w:type="fixed"/>
                <w:tblLook w:val="04A0" w:firstRow="1" w:lastRow="0" w:firstColumn="1" w:lastColumn="0" w:noHBand="0" w:noVBand="1"/>
              </w:tblPr>
              <w:tblGrid>
                <w:gridCol w:w="2425"/>
                <w:gridCol w:w="6935"/>
              </w:tblGrid>
              <w:tr w:rsidR="00D538A7" w:rsidTr="00343C03">
                <w:trPr>
                  <w:trHeight w:val="241"/>
                </w:trPr>
                <w:tc>
                  <w:tcPr>
                    <w:tcW w:w="2459" w:type="dxa"/>
                    <w:shd w:val="clear" w:color="auto" w:fill="F2F2F2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p w:rsidR="00D538A7" w:rsidRDefault="00AF13D1">
                    <w:pPr>
                      <w:spacing w:after="0" w:line="240" w:lineRule="auto"/>
                    </w:pPr>
                    <w:r>
                      <w:rPr>
                        <w:b/>
                        <w:sz w:val="21"/>
                      </w:rPr>
                      <w:t>Наименование на проекта</w:t>
                    </w:r>
                  </w:p>
                </w:tc>
                <w:tc>
                  <w:tcPr>
                    <w:tcW w:w="7038" w:type="dxa"/>
                    <w:shd w:val="clear" w:color="auto" w:fill="F7F7F7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sdt>
                    <w:sdtPr>
                      <w:alias w:val="Наименование на окрупнения проект"/>
                      <w:tag w:val="ICT_AGG_PROJECT_NAME"/>
                      <w:id w:val="2019"/>
                      <w:lock w:val="sdtLocked"/>
                      <w:placeholder>
                        <w:docPart w:val="11BEBEC5429A4FAEAA9CC16C605979A7"/>
                      </w:placeholder>
                      <w:showingPlcHdr/>
                      <w:text/>
                    </w:sdtPr>
                    <w:sdtEndPr/>
                    <w:sdtContent>
                      <w:p w:rsidR="00D538A7" w:rsidRDefault="00AF13D1">
                        <w:pPr>
                          <w:spacing w:after="0"/>
                        </w:pPr>
                        <w:r>
                          <w:rPr>
                            <w:i/>
                            <w:color w:val="666666"/>
                          </w:rPr>
                          <w:t>[Въведете точното наименование от приложение № 2иб.]</w:t>
                        </w:r>
                      </w:p>
                    </w:sdtContent>
                  </w:sdt>
                </w:tc>
              </w:tr>
              <w:tr w:rsidR="00D538A7" w:rsidTr="00343C03">
                <w:trPr>
                  <w:trHeight w:val="241"/>
                </w:trPr>
                <w:tc>
                  <w:tcPr>
                    <w:tcW w:w="2459" w:type="dxa"/>
                    <w:shd w:val="clear" w:color="auto" w:fill="F2F2F2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p w:rsidR="00D538A7" w:rsidRDefault="00AF13D1">
                    <w:pPr>
                      <w:spacing w:after="0" w:line="240" w:lineRule="auto"/>
                    </w:pPr>
                    <w:r>
                      <w:rPr>
                        <w:b/>
                        <w:sz w:val="21"/>
                      </w:rPr>
                      <w:t>Номер/идентификатор</w:t>
                    </w:r>
                  </w:p>
                </w:tc>
                <w:tc>
                  <w:tcPr>
                    <w:tcW w:w="7038" w:type="dxa"/>
                    <w:shd w:val="clear" w:color="auto" w:fill="F7F7F7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sdt>
                    <w:sdtPr>
                      <w:alias w:val="Номер или идентификатор на окрупнения проект"/>
                      <w:tag w:val="ICT_AGG_PROJECT_ID"/>
                      <w:id w:val="2020"/>
                      <w:lock w:val="sdtLocked"/>
                      <w:placeholder>
                        <w:docPart w:val="56B681DAE2364EB38F3A7F7C80ED33CE"/>
                      </w:placeholder>
                      <w:showingPlcHdr/>
                      <w:text/>
                    </w:sdtPr>
                    <w:sdtEndPr/>
                    <w:sdtContent>
                      <w:p w:rsidR="00D538A7" w:rsidRDefault="00AF13D1">
                        <w:pPr>
                          <w:spacing w:after="0"/>
                        </w:pPr>
                        <w:r>
                          <w:rPr>
                            <w:i/>
                            <w:color w:val="666666"/>
                          </w:rPr>
                          <w:t>[Оставете празно, ако за новия проект още няма определен номер.]</w:t>
                        </w:r>
                      </w:p>
                    </w:sdtContent>
                  </w:sdt>
                </w:tc>
              </w:tr>
              <w:tr w:rsidR="00D538A7" w:rsidTr="00343C03">
                <w:trPr>
                  <w:trHeight w:val="241"/>
                </w:trPr>
                <w:tc>
                  <w:tcPr>
                    <w:tcW w:w="2459" w:type="dxa"/>
                    <w:shd w:val="clear" w:color="auto" w:fill="F2F2F2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p w:rsidR="00D538A7" w:rsidRDefault="00AF13D1">
                    <w:pPr>
                      <w:spacing w:after="0" w:line="240" w:lineRule="auto"/>
                    </w:pPr>
                    <w:r>
                      <w:rPr>
                        <w:b/>
                        <w:sz w:val="21"/>
                      </w:rPr>
                      <w:t>Вид на проекта</w:t>
                    </w:r>
                  </w:p>
                </w:tc>
                <w:tc>
                  <w:tcPr>
                    <w:tcW w:w="7038" w:type="dxa"/>
                    <w:shd w:val="clear" w:color="auto" w:fill="F7F7F7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sdt>
                    <w:sdtPr>
                      <w:alias w:val="Вид на проекта"/>
                      <w:tag w:val="ICT_AGG_PROJECT_STATUS"/>
                      <w:id w:val="2021"/>
                      <w:lock w:val="sdtLocked"/>
                      <w:placeholder>
                        <w:docPart w:val="C0F36BF3DFBC4D528D1A2A5ABEC63336"/>
                      </w:placeholder>
                      <w:showingPlcHdr/>
                      <w:dropDownList>
                        <w:listItem w:displayText="Нов проект" w:value="NEW"/>
                        <w:listItem w:displayText="Преходен проект" w:value="TRANSITIONAL"/>
                      </w:dropDownList>
                    </w:sdtPr>
                    <w:sdtEndPr/>
                    <w:sdtContent>
                      <w:p w:rsidR="00D538A7" w:rsidRDefault="00AF13D1">
                        <w:r>
                          <w:rPr>
                            <w:i/>
                            <w:color w:val="666666"/>
                          </w:rPr>
                          <w:t>[Изберете от списъка.]</w:t>
                        </w:r>
                      </w:p>
                    </w:sdtContent>
                  </w:sdt>
                </w:tc>
              </w:tr>
            </w:tbl>
            <w:p w:rsidR="00D538A7" w:rsidRDefault="00D538A7">
              <w:pPr>
                <w:spacing w:after="40" w:line="240" w:lineRule="auto"/>
              </w:pPr>
            </w:p>
            <w:p w:rsidR="00D538A7" w:rsidRPr="00E664C2" w:rsidRDefault="00AF13D1" w:rsidP="00E664C2">
              <w:pPr>
                <w:pStyle w:val="FormFieldLabel"/>
                <w:jc w:val="both"/>
                <w:rPr>
                  <w:lang w:val="bg-BG"/>
                </w:rPr>
              </w:pPr>
              <w:r w:rsidRPr="00E664C2">
                <w:rPr>
                  <w:lang w:val="bg-BG"/>
                </w:rPr>
                <w:t>Списък на инвестиционните обекти, включени в проекта</w:t>
              </w:r>
            </w:p>
            <w:p w:rsidR="00D538A7" w:rsidRPr="00E664C2" w:rsidRDefault="00AF13D1" w:rsidP="00E664C2">
              <w:pPr>
                <w:pStyle w:val="FormInstruction"/>
                <w:jc w:val="both"/>
                <w:rPr>
                  <w:lang w:val="bg-BG"/>
                </w:rPr>
              </w:pPr>
              <w:r w:rsidRPr="00E664C2">
                <w:rPr>
                  <w:lang w:val="bg-BG"/>
                </w:rPr>
                <w:t>Посочете всеки обект</w:t>
              </w:r>
              <w:r w:rsidR="00F42D55">
                <w:rPr>
                  <w:lang w:val="bg-BG"/>
                </w:rPr>
                <w:t xml:space="preserve"> на отделен ред, като н</w:t>
              </w:r>
              <w:r w:rsidR="00F95CDE">
                <w:rPr>
                  <w:lang w:val="bg-BG"/>
                </w:rPr>
                <w:t xml:space="preserve">е </w:t>
              </w:r>
              <w:r w:rsidR="00F95CDE">
                <w:t xml:space="preserve">e </w:t>
              </w:r>
              <w:r w:rsidR="00F95CDE">
                <w:rPr>
                  <w:lang w:val="bg-BG"/>
                </w:rPr>
                <w:t xml:space="preserve">необходимо посочване на </w:t>
              </w:r>
              <w:r w:rsidR="00F42D55">
                <w:rPr>
                  <w:lang w:val="bg-BG"/>
                </w:rPr>
                <w:t>конкретните разходи за реализацията му</w:t>
              </w:r>
              <w:bookmarkStart w:id="0" w:name="_GoBack"/>
              <w:bookmarkEnd w:id="0"/>
              <w:r w:rsidR="00F95CDE">
                <w:rPr>
                  <w:lang w:val="bg-BG"/>
                </w:rPr>
                <w:t>.</w:t>
              </w:r>
            </w:p>
            <w:tbl>
              <w:tblPr>
                <w:tblW w:w="9360" w:type="dxa"/>
                <w:tblInd w:w="120" w:type="dxa"/>
                <w:tblBorders>
                  <w:top w:val="single" w:sz="6" w:space="0" w:color="8C8C8C"/>
                  <w:left w:val="single" w:sz="6" w:space="0" w:color="8C8C8C"/>
                  <w:bottom w:val="single" w:sz="6" w:space="0" w:color="8C8C8C"/>
                  <w:right w:val="single" w:sz="6" w:space="0" w:color="8C8C8C"/>
                  <w:insideH w:val="single" w:sz="6" w:space="0" w:color="8C8C8C"/>
                  <w:insideV w:val="single" w:sz="6" w:space="0" w:color="8C8C8C"/>
                </w:tblBorders>
                <w:tblLayout w:type="fixed"/>
                <w:tblLook w:val="04A0" w:firstRow="1" w:lastRow="0" w:firstColumn="1" w:lastColumn="0" w:noHBand="0" w:noVBand="1"/>
              </w:tblPr>
              <w:tblGrid>
                <w:gridCol w:w="9360"/>
              </w:tblGrid>
              <w:tr w:rsidR="00D538A7" w:rsidTr="00343C03">
                <w:trPr>
                  <w:trHeight w:val="365"/>
                </w:trPr>
                <w:tc>
                  <w:tcPr>
                    <w:tcW w:w="9384" w:type="dxa"/>
                    <w:shd w:val="clear" w:color="auto" w:fill="F7F7F7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sdt>
                    <w:sdtPr>
                      <w:alias w:val="Списък на инвестиционните обекти"/>
                      <w:tag w:val="ICT_AGG_OBJECTS_LIST"/>
                      <w:id w:val="2022"/>
                      <w:lock w:val="sdtLocked"/>
                      <w:placeholder>
                        <w:docPart w:val="D24FDE17599C426CB6A932665086A4A4"/>
                      </w:placeholder>
                      <w:showingPlcHdr/>
                      <w:text w:multiLine="1"/>
                    </w:sdtPr>
                    <w:sdtEndPr/>
                    <w:sdtContent>
                      <w:p w:rsidR="00D538A7" w:rsidRDefault="00AF13D1">
                        <w:pPr>
                          <w:spacing w:after="0"/>
                        </w:pPr>
                        <w:r>
                          <w:rPr>
                            <w:i/>
                            <w:color w:val="666666"/>
                          </w:rPr>
                          <w:t>[Въведете всеки обект на отделен ред.]</w:t>
                        </w:r>
                      </w:p>
                    </w:sdtContent>
                  </w:sdt>
                </w:tc>
              </w:tr>
            </w:tbl>
            <w:p w:rsidR="00D538A7" w:rsidRDefault="00D538A7">
              <w:pPr>
                <w:spacing w:after="60" w:line="240" w:lineRule="auto"/>
              </w:pPr>
            </w:p>
            <w:p w:rsidR="00343C03" w:rsidRDefault="00AF13D1" w:rsidP="00343C03">
              <w:pPr>
                <w:spacing w:before="40" w:after="120" w:line="240" w:lineRule="auto"/>
                <w:jc w:val="center"/>
              </w:pPr>
              <w:r>
                <w:rPr>
                  <w:b/>
                  <w:color w:val="666666"/>
                  <w:sz w:val="18"/>
                </w:rPr>
                <w:t>КРАЙ НА СПИСЪКА С ИНВЕСТИЦИОННИ ОБЕКТИ</w:t>
              </w:r>
            </w:p>
          </w:sdtContent>
        </w:sdt>
      </w:sdtContent>
    </w:sdt>
    <w:p w:rsidR="00343C03" w:rsidRPr="00343C03" w:rsidRDefault="00343C03" w:rsidP="00343C03"/>
    <w:p w:rsidR="00D538A7" w:rsidRDefault="00AF13D1">
      <w:pPr>
        <w:pStyle w:val="Heading1"/>
        <w:shd w:val="clear" w:color="auto" w:fill="D9D9D9"/>
      </w:pPr>
      <w:r>
        <w:rPr>
          <w:rFonts w:ascii="Times New Roman" w:eastAsia="Times New Roman" w:hAnsi="Times New Roman" w:cs="Times New Roman"/>
        </w:rPr>
        <w:lastRenderedPageBreak/>
        <w:t>IV. СТРАТЕГИЧЕСКИ ИНВЕСТИЦИОННИ ПРОЕКТИ</w:t>
      </w:r>
    </w:p>
    <w:p w:rsidR="00D538A7" w:rsidRDefault="00AF13D1" w:rsidP="004E70BE">
      <w:pPr>
        <w:pStyle w:val="Heading2"/>
        <w:jc w:val="both"/>
      </w:pPr>
      <w:r>
        <w:rPr>
          <w:rFonts w:ascii="Times New Roman" w:eastAsia="Times New Roman" w:hAnsi="Times New Roman" w:cs="Times New Roman"/>
        </w:rPr>
        <w:t xml:space="preserve">4.1. </w:t>
      </w:r>
      <w:r w:rsidR="004E70BE" w:rsidRPr="004E70BE">
        <w:rPr>
          <w:rFonts w:ascii="Times New Roman" w:eastAsia="Times New Roman" w:hAnsi="Times New Roman" w:cs="Times New Roman"/>
        </w:rPr>
        <w:t>„Преходни“ стратегически инвестиционни проекти, които са предложени за финансиране в рамките на проектобюджета за 2027 г. и актуализираните бюджетни прогнози за периода 2028-2029 г.</w:t>
      </w:r>
    </w:p>
    <w:p w:rsidR="00D538A7" w:rsidRDefault="004E70BE" w:rsidP="004E70BE">
      <w:pPr>
        <w:pStyle w:val="FormInstruction"/>
        <w:jc w:val="both"/>
      </w:pPr>
      <w:r>
        <w:rPr>
          <w:lang w:val="bg-BG"/>
        </w:rPr>
        <w:t>Представете обобщена допълнителна информация за „преходните“ стратегически проекти, продължаващи изпълнението на започнатите инвестиции за</w:t>
      </w:r>
      <w:r>
        <w:t xml:space="preserve"> </w:t>
      </w:r>
      <w:r>
        <w:rPr>
          <w:lang w:val="bg-BG"/>
        </w:rPr>
        <w:t xml:space="preserve">периода </w:t>
      </w:r>
      <w:r>
        <w:t>2027</w:t>
      </w:r>
      <w:r>
        <w:rPr>
          <w:lang w:val="bg-BG"/>
        </w:rPr>
        <w:t>-</w:t>
      </w:r>
      <w:r>
        <w:t>2029 г</w:t>
      </w:r>
      <w:r>
        <w:rPr>
          <w:lang w:val="bg-BG"/>
        </w:rPr>
        <w:t>. и която не се съдържа в приложение № 2ив.</w:t>
      </w:r>
      <w:r w:rsidR="00E20C73" w:rsidRPr="00E20C73">
        <w:t xml:space="preserve"> </w:t>
      </w:r>
      <w:r w:rsidR="00D63C70" w:rsidRPr="00943637">
        <w:rPr>
          <w:lang w:val="bg-BG"/>
        </w:rPr>
        <w:t xml:space="preserve">Попълва се по преценка, доколкото </w:t>
      </w:r>
      <w:r w:rsidR="00DD2D7B" w:rsidRPr="00DD2D7B">
        <w:rPr>
          <w:lang w:val="bg-BG"/>
        </w:rPr>
        <w:t xml:space="preserve">в Министерството на финансите вече е представена </w:t>
      </w:r>
      <w:proofErr w:type="spellStart"/>
      <w:r w:rsidR="00DD2D7B" w:rsidRPr="00DD2D7B">
        <w:rPr>
          <w:lang w:val="bg-BG"/>
        </w:rPr>
        <w:t>относимата</w:t>
      </w:r>
      <w:proofErr w:type="spellEnd"/>
      <w:r w:rsidR="00DD2D7B" w:rsidRPr="00DD2D7B">
        <w:rPr>
          <w:lang w:val="bg-BG"/>
        </w:rPr>
        <w:t xml:space="preserve"> информация (в изпълнение на насоките, дадени от министъра на финансите с писма №№ СП-1 91-00-205 от 08.05.2025 г. и СП-1 91-00-29 от 26.01.2026 г. относно мониторинг на финансовото изпълнение на инвестиционни проекти, финансирани със средства от държавния бюджет).</w:t>
      </w:r>
    </w:p>
    <w:tbl>
      <w:tblPr>
        <w:tblW w:w="9360" w:type="dxa"/>
        <w:tblInd w:w="120" w:type="dxa"/>
        <w:tblBorders>
          <w:top w:val="single" w:sz="6" w:space="0" w:color="8C8C8C"/>
          <w:left w:val="single" w:sz="6" w:space="0" w:color="8C8C8C"/>
          <w:bottom w:val="single" w:sz="6" w:space="0" w:color="8C8C8C"/>
          <w:right w:val="single" w:sz="6" w:space="0" w:color="8C8C8C"/>
          <w:insideH w:val="single" w:sz="6" w:space="0" w:color="8C8C8C"/>
          <w:insideV w:val="single" w:sz="6" w:space="0" w:color="8C8C8C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D538A7" w:rsidTr="00343C03">
        <w:trPr>
          <w:trHeight w:val="340"/>
        </w:trPr>
        <w:tc>
          <w:tcPr>
            <w:tcW w:w="9485" w:type="dxa"/>
            <w:shd w:val="clear" w:color="auto" w:fill="F7F7F7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sdt>
            <w:sdtPr>
              <w:alias w:val="Допълнителни обстоятелства за преходните стратегически проекти"/>
              <w:tag w:val="STRAT_TRANSITION_PLANNING_CONTEXT"/>
              <w:id w:val="2023"/>
              <w:lock w:val="sdtLocked"/>
              <w:placeholder>
                <w:docPart w:val="C099396EAFFE47AD862FCF721AF6D2A6"/>
              </w:placeholder>
              <w:showingPlcHdr/>
              <w:text w:multiLine="1"/>
            </w:sdtPr>
            <w:sdtEndPr/>
            <w:sdtContent>
              <w:p w:rsidR="00D538A7" w:rsidRDefault="00AF13D1" w:rsidP="005C4611">
                <w:pPr>
                  <w:spacing w:after="0"/>
                </w:pPr>
                <w:r>
                  <w:rPr>
                    <w:i/>
                    <w:color w:val="666666"/>
                  </w:rPr>
                  <w:t>[</w:t>
                </w:r>
                <w:r w:rsidR="005C4611">
                  <w:rPr>
                    <w:i/>
                    <w:color w:val="666666"/>
                  </w:rPr>
                  <w:t>Въведете Вашия отговор тук</w:t>
                </w:r>
                <w:r>
                  <w:rPr>
                    <w:i/>
                    <w:color w:val="666666"/>
                  </w:rPr>
                  <w:t>.]</w:t>
                </w:r>
              </w:p>
            </w:sdtContent>
          </w:sdt>
        </w:tc>
      </w:tr>
    </w:tbl>
    <w:p w:rsidR="00D538A7" w:rsidRDefault="003F5AE7" w:rsidP="003F5AE7">
      <w:pPr>
        <w:pStyle w:val="Heading2"/>
        <w:jc w:val="both"/>
      </w:pPr>
      <w:r>
        <w:rPr>
          <w:rFonts w:ascii="Times New Roman" w:eastAsia="Times New Roman" w:hAnsi="Times New Roman" w:cs="Times New Roman"/>
        </w:rPr>
        <w:t>4.2</w:t>
      </w:r>
      <w:r w:rsidR="00AF13D1">
        <w:rPr>
          <w:rFonts w:ascii="Times New Roman" w:eastAsia="Times New Roman" w:hAnsi="Times New Roman" w:cs="Times New Roman"/>
        </w:rPr>
        <w:t xml:space="preserve">. </w:t>
      </w:r>
      <w:r w:rsidRPr="003F5AE7">
        <w:rPr>
          <w:rFonts w:ascii="Times New Roman" w:eastAsia="Times New Roman" w:hAnsi="Times New Roman" w:cs="Times New Roman"/>
        </w:rPr>
        <w:t>„Нови“ стратегически инвестиционни проекти, които са предложени за финансиране в рамките на проектобюджета за 2027 г. и актуализираните бюджетни прогнози за периода 2028-2029 г. и за които е налице мотивирана обоснованост в конкретно посочените случаи в Указанията за подготовката и представянето на проектобюджетите на първостепенните разпоредители с бюджет за 2027 г. и на актуализираните им бюджетни прогнози за периода 2028-2029 г.</w:t>
      </w:r>
    </w:p>
    <w:p w:rsidR="00D538A7" w:rsidRDefault="00AF13D1">
      <w:pPr>
        <w:pStyle w:val="FormNote"/>
        <w:shd w:val="clear" w:color="auto" w:fill="F2F2F2"/>
      </w:pPr>
      <w:r>
        <w:rPr>
          <w:i/>
          <w:lang w:val="bg-BG"/>
        </w:rPr>
        <w:t>Попълва се по един запис за всеки нов проект от приложение № 2ив. За добавяне на следващ проект използвайте знака „+“.</w:t>
      </w:r>
    </w:p>
    <w:sdt>
      <w:sdtPr>
        <w:rPr>
          <w:b w:val="0"/>
          <w:sz w:val="22"/>
          <w:lang w:val="bg-BG"/>
        </w:rPr>
        <w:alias w:val="Повтарящ се раздел за новите стратегически проекти"/>
        <w:tag w:val="STRAT_NEW_PROJECTS_REPEAT"/>
        <w:id w:val="2040"/>
        <w:lock w:val="sdtLocked"/>
        <w15:repeatingSection/>
      </w:sdtPr>
      <w:sdtEndPr/>
      <w:sdtContent>
        <w:sdt>
          <w:sdtPr>
            <w:rPr>
              <w:b w:val="0"/>
              <w:sz w:val="22"/>
              <w:lang w:val="bg-BG"/>
            </w:rPr>
            <w:alias w:val="Нов стратегически проект"/>
            <w:tag w:val="STRAT_NEW_PROJECT_ITEM"/>
            <w:id w:val="2041"/>
            <w:lock w:val="sdtLocked"/>
            <w15:repeatingSectionItem/>
          </w:sdtPr>
          <w:sdtEndPr/>
          <w:sdtContent>
            <w:p w:rsidR="00D538A7" w:rsidRDefault="00AF13D1">
              <w:pPr>
                <w:pStyle w:val="ProjectItemHeader"/>
                <w:pBdr>
                  <w:top w:val="single" w:sz="6" w:space="0" w:color="BFBFBF"/>
                  <w:left w:val="single" w:sz="6" w:space="0" w:color="BFBFBF"/>
                  <w:bottom w:val="single" w:sz="6" w:space="0" w:color="BFBFBF"/>
                  <w:right w:val="single" w:sz="6" w:space="0" w:color="BFBFBF"/>
                </w:pBdr>
                <w:shd w:val="clear" w:color="auto" w:fill="DDEBF7"/>
              </w:pPr>
              <w:r>
                <w:rPr>
                  <w:lang w:val="bg-BG"/>
                </w:rPr>
                <w:t>НОВ ИНВЕСТИЦИОНЕН ПРОЕКТ</w:t>
              </w:r>
            </w:p>
            <w:tbl>
              <w:tblPr>
                <w:tblW w:w="9360" w:type="dxa"/>
                <w:tblInd w:w="120" w:type="dxa"/>
                <w:tblBorders>
                  <w:top w:val="single" w:sz="6" w:space="0" w:color="BFBFBF"/>
                  <w:left w:val="single" w:sz="6" w:space="0" w:color="BFBFBF"/>
                  <w:bottom w:val="single" w:sz="6" w:space="0" w:color="BFBFBF"/>
                  <w:right w:val="single" w:sz="6" w:space="0" w:color="BFBFBF"/>
                  <w:insideH w:val="single" w:sz="6" w:space="0" w:color="BFBFBF"/>
                  <w:insideV w:val="single" w:sz="6" w:space="0" w:color="BFBFBF"/>
                </w:tblBorders>
                <w:tblLayout w:type="fixed"/>
                <w:tblLook w:val="04A0" w:firstRow="1" w:lastRow="0" w:firstColumn="1" w:lastColumn="0" w:noHBand="0" w:noVBand="1"/>
              </w:tblPr>
              <w:tblGrid>
                <w:gridCol w:w="2353"/>
                <w:gridCol w:w="7007"/>
              </w:tblGrid>
              <w:tr w:rsidR="00D538A7" w:rsidTr="00343C03">
                <w:trPr>
                  <w:trHeight w:val="279"/>
                </w:trPr>
                <w:tc>
                  <w:tcPr>
                    <w:tcW w:w="2397" w:type="dxa"/>
                    <w:shd w:val="clear" w:color="auto" w:fill="F2F2F2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p w:rsidR="00D538A7" w:rsidRDefault="00AF13D1">
                    <w:pPr>
                      <w:spacing w:after="0" w:line="240" w:lineRule="auto"/>
                    </w:pPr>
                    <w:r>
                      <w:rPr>
                        <w:b/>
                        <w:sz w:val="21"/>
                      </w:rPr>
                      <w:t>Наименование на проекта</w:t>
                    </w:r>
                  </w:p>
                </w:tc>
                <w:tc>
                  <w:tcPr>
                    <w:tcW w:w="7150" w:type="dxa"/>
                    <w:shd w:val="clear" w:color="auto" w:fill="F7F7F7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sdt>
                    <w:sdtPr>
                      <w:alias w:val="Наименование на новия проект"/>
                      <w:tag w:val="STRAT_NEW_PROJECT_NAME"/>
                      <w:id w:val="2025"/>
                      <w:lock w:val="sdtLocked"/>
                      <w:placeholder>
                        <w:docPart w:val="7FC3E48E1995447EA1AC1FF328916DA3"/>
                      </w:placeholder>
                      <w:showingPlcHdr/>
                      <w:text/>
                    </w:sdtPr>
                    <w:sdtEndPr/>
                    <w:sdtContent>
                      <w:p w:rsidR="00D538A7" w:rsidRDefault="00AF13D1">
                        <w:pPr>
                          <w:spacing w:after="0"/>
                        </w:pPr>
                        <w:r>
                          <w:rPr>
                            <w:i/>
                            <w:color w:val="666666"/>
                          </w:rPr>
                          <w:t>[Въведете точното наименование от приложение № 2ив.]</w:t>
                        </w:r>
                      </w:p>
                    </w:sdtContent>
                  </w:sdt>
                </w:tc>
              </w:tr>
            </w:tbl>
            <w:p w:rsidR="00D538A7" w:rsidRDefault="000E4950">
              <w:pPr>
                <w:pStyle w:val="FormFieldLabel"/>
              </w:pPr>
              <w:r>
                <w:rPr>
                  <w:lang w:val="bg-BG"/>
                </w:rPr>
                <w:t>Степен на готовност:</w:t>
              </w:r>
            </w:p>
            <w:p w:rsidR="001C3174" w:rsidRDefault="003844EB" w:rsidP="001C3174">
              <w:pPr>
                <w:pStyle w:val="FormInstruction"/>
                <w:jc w:val="both"/>
                <w:rPr>
                  <w:lang w:val="bg-BG"/>
                </w:rPr>
              </w:pPr>
              <w:r>
                <w:rPr>
                  <w:lang w:val="bg-BG"/>
                </w:rPr>
                <w:t>Посочете</w:t>
              </w:r>
              <w:r w:rsidR="001C3174">
                <w:rPr>
                  <w:lang w:val="bg-BG"/>
                </w:rPr>
                <w:t>:</w:t>
              </w:r>
              <w:r w:rsidR="00F643F5">
                <w:rPr>
                  <w:lang w:val="bg-BG"/>
                </w:rPr>
                <w:t xml:space="preserve"> </w:t>
              </w:r>
            </w:p>
            <w:p w:rsidR="00B64AD6" w:rsidRDefault="00F643F5" w:rsidP="00B64AD6">
              <w:pPr>
                <w:pStyle w:val="FormInstruction"/>
                <w:numPr>
                  <w:ilvl w:val="1"/>
                  <w:numId w:val="6"/>
                </w:numPr>
                <w:ind w:left="1134" w:hanging="283"/>
                <w:jc w:val="both"/>
                <w:rPr>
                  <w:lang w:val="bg-BG"/>
                </w:rPr>
              </w:pPr>
              <w:r w:rsidRPr="001C3174">
                <w:rPr>
                  <w:lang w:val="bg-BG"/>
                </w:rPr>
                <w:t>планиран времеви период за започване и приключване на проекта, с посочени план-график на отделните д</w:t>
              </w:r>
              <w:r w:rsidR="001C3174">
                <w:rPr>
                  <w:lang w:val="bg-BG"/>
                </w:rPr>
                <w:t>ейности;</w:t>
              </w:r>
            </w:p>
            <w:p w:rsidR="00B64AD6" w:rsidRDefault="00AF13D1" w:rsidP="00B64AD6">
              <w:pPr>
                <w:pStyle w:val="FormInstruction"/>
                <w:numPr>
                  <w:ilvl w:val="1"/>
                  <w:numId w:val="6"/>
                </w:numPr>
                <w:ind w:left="1134" w:hanging="283"/>
                <w:jc w:val="both"/>
                <w:rPr>
                  <w:lang w:val="bg-BG"/>
                </w:rPr>
              </w:pPr>
              <w:r w:rsidRPr="00B64AD6">
                <w:rPr>
                  <w:lang w:val="bg-BG"/>
                </w:rPr>
                <w:t xml:space="preserve">оставащите </w:t>
              </w:r>
              <w:r w:rsidR="000E4950" w:rsidRPr="00B64AD6">
                <w:rPr>
                  <w:lang w:val="bg-BG"/>
                </w:rPr>
                <w:t>подготвителни действия</w:t>
              </w:r>
              <w:r w:rsidRPr="00B64AD6">
                <w:rPr>
                  <w:lang w:val="bg-BG"/>
                </w:rPr>
                <w:t xml:space="preserve"> </w:t>
              </w:r>
              <w:r w:rsidR="000E4950" w:rsidRPr="00B64AD6">
                <w:rPr>
                  <w:lang w:val="bg-BG"/>
                </w:rPr>
                <w:t xml:space="preserve">(напр. </w:t>
              </w:r>
              <w:r w:rsidRPr="00B64AD6">
                <w:rPr>
                  <w:lang w:val="bg-BG"/>
                </w:rPr>
                <w:t xml:space="preserve">разрешения, </w:t>
              </w:r>
              <w:proofErr w:type="spellStart"/>
              <w:r w:rsidRPr="00B64AD6">
                <w:rPr>
                  <w:lang w:val="bg-BG"/>
                </w:rPr>
                <w:t>отчуждителни</w:t>
              </w:r>
              <w:proofErr w:type="spellEnd"/>
              <w:r w:rsidRPr="00B64AD6">
                <w:rPr>
                  <w:lang w:val="bg-BG"/>
                </w:rPr>
                <w:t xml:space="preserve"> процедури, съгласувания</w:t>
              </w:r>
              <w:r w:rsidR="00F643F5" w:rsidRPr="00B64AD6">
                <w:rPr>
                  <w:lang w:val="bg-BG"/>
                </w:rPr>
                <w:t>)</w:t>
              </w:r>
              <w:r w:rsidR="001C3174" w:rsidRPr="00B64AD6">
                <w:rPr>
                  <w:lang w:val="bg-BG"/>
                </w:rPr>
                <w:t>;</w:t>
              </w:r>
            </w:p>
            <w:p w:rsidR="000E4950" w:rsidRPr="00B64AD6" w:rsidRDefault="00AF13D1" w:rsidP="00B64AD6">
              <w:pPr>
                <w:pStyle w:val="FormInstruction"/>
                <w:numPr>
                  <w:ilvl w:val="1"/>
                  <w:numId w:val="6"/>
                </w:numPr>
                <w:ind w:left="1134" w:hanging="283"/>
                <w:jc w:val="both"/>
                <w:rPr>
                  <w:lang w:val="bg-BG"/>
                </w:rPr>
              </w:pPr>
              <w:r w:rsidRPr="00B64AD6">
                <w:rPr>
                  <w:lang w:val="bg-BG"/>
                </w:rPr>
                <w:t>външни зависимости, които могат да повлияят върху стартира</w:t>
              </w:r>
              <w:r w:rsidR="000E4950" w:rsidRPr="00B64AD6">
                <w:rPr>
                  <w:lang w:val="bg-BG"/>
                </w:rPr>
                <w:t>нето и реализацията на проекта;</w:t>
              </w:r>
            </w:p>
            <w:tbl>
              <w:tblPr>
                <w:tblW w:w="9360" w:type="dxa"/>
                <w:tblInd w:w="120" w:type="dxa"/>
                <w:tblBorders>
                  <w:top w:val="single" w:sz="6" w:space="0" w:color="8C8C8C"/>
                  <w:left w:val="single" w:sz="6" w:space="0" w:color="8C8C8C"/>
                  <w:bottom w:val="single" w:sz="6" w:space="0" w:color="8C8C8C"/>
                  <w:right w:val="single" w:sz="6" w:space="0" w:color="8C8C8C"/>
                  <w:insideH w:val="single" w:sz="6" w:space="0" w:color="8C8C8C"/>
                  <w:insideV w:val="single" w:sz="6" w:space="0" w:color="8C8C8C"/>
                </w:tblBorders>
                <w:tblLayout w:type="fixed"/>
                <w:tblLook w:val="04A0" w:firstRow="1" w:lastRow="0" w:firstColumn="1" w:lastColumn="0" w:noHBand="0" w:noVBand="1"/>
              </w:tblPr>
              <w:tblGrid>
                <w:gridCol w:w="9360"/>
              </w:tblGrid>
              <w:tr w:rsidR="00D538A7" w:rsidTr="00343C03">
                <w:trPr>
                  <w:trHeight w:val="364"/>
                </w:trPr>
                <w:tc>
                  <w:tcPr>
                    <w:tcW w:w="9547" w:type="dxa"/>
                    <w:shd w:val="clear" w:color="auto" w:fill="F7F7F7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sdt>
                    <w:sdtPr>
                      <w:alias w:val="Оставащи предварителни условия и ключови зависимости"/>
                      <w:tag w:val="STRAT_NEW_READINESS_TIMELINE"/>
                      <w:id w:val="2026"/>
                      <w:lock w:val="sdtLocked"/>
                      <w:placeholder>
                        <w:docPart w:val="25BE760B5C8C4D85907A2075E89A777B"/>
                      </w:placeholder>
                      <w:showingPlcHdr/>
                      <w:text w:multiLine="1"/>
                    </w:sdtPr>
                    <w:sdtEndPr/>
                    <w:sdtContent>
                      <w:p w:rsidR="00D538A7" w:rsidRDefault="000E4950">
                        <w:pPr>
                          <w:spacing w:after="0"/>
                        </w:pPr>
                        <w:r>
                          <w:rPr>
                            <w:i/>
                            <w:color w:val="666666"/>
                          </w:rPr>
                          <w:t>[В</w:t>
                        </w:r>
                        <w:r w:rsidR="00AF13D1">
                          <w:rPr>
                            <w:i/>
                            <w:color w:val="666666"/>
                          </w:rPr>
                          <w:t>ъведете</w:t>
                        </w:r>
                        <w:r>
                          <w:rPr>
                            <w:i/>
                            <w:color w:val="666666"/>
                          </w:rPr>
                          <w:t xml:space="preserve"> Вашия</w:t>
                        </w:r>
                        <w:r w:rsidR="00AF13D1">
                          <w:rPr>
                            <w:i/>
                            <w:color w:val="666666"/>
                          </w:rPr>
                          <w:t xml:space="preserve"> отговор</w:t>
                        </w:r>
                        <w:r>
                          <w:rPr>
                            <w:i/>
                            <w:color w:val="666666"/>
                          </w:rPr>
                          <w:t xml:space="preserve"> тук</w:t>
                        </w:r>
                        <w:r w:rsidR="00AF13D1">
                          <w:rPr>
                            <w:i/>
                            <w:color w:val="666666"/>
                          </w:rPr>
                          <w:t>.]</w:t>
                        </w:r>
                      </w:p>
                    </w:sdtContent>
                  </w:sdt>
                </w:tc>
              </w:tr>
            </w:tbl>
            <w:p w:rsidR="00D538A7" w:rsidRDefault="00D538A7">
              <w:pPr>
                <w:spacing w:after="60" w:line="240" w:lineRule="auto"/>
              </w:pPr>
            </w:p>
            <w:p w:rsidR="00D538A7" w:rsidRDefault="00AF13D1">
              <w:pPr>
                <w:spacing w:before="40" w:after="120" w:line="240" w:lineRule="auto"/>
                <w:jc w:val="center"/>
              </w:pPr>
              <w:r>
                <w:rPr>
                  <w:b/>
                  <w:color w:val="666666"/>
                  <w:sz w:val="18"/>
                </w:rPr>
                <w:t>КРАЙ НА ИНФОРМАЦИЯТА ЗА ПРОЕКТА</w:t>
              </w:r>
            </w:p>
          </w:sdtContent>
        </w:sdt>
      </w:sdtContent>
    </w:sdt>
    <w:p w:rsidR="00D538A7" w:rsidRDefault="000A1236" w:rsidP="00E664C2">
      <w:pPr>
        <w:pStyle w:val="Heading2"/>
        <w:jc w:val="both"/>
      </w:pPr>
      <w:r>
        <w:rPr>
          <w:rFonts w:ascii="Times New Roman" w:eastAsia="Times New Roman" w:hAnsi="Times New Roman" w:cs="Times New Roman"/>
        </w:rPr>
        <w:t>4.3</w:t>
      </w:r>
      <w:r w:rsidR="00AF13D1">
        <w:rPr>
          <w:rFonts w:ascii="Times New Roman" w:eastAsia="Times New Roman" w:hAnsi="Times New Roman" w:cs="Times New Roman"/>
        </w:rPr>
        <w:t>. Проекти, включващи множество инвестиционни обекти</w:t>
      </w:r>
    </w:p>
    <w:p w:rsidR="00D538A7" w:rsidRDefault="00AF13D1" w:rsidP="00E664C2">
      <w:pPr>
        <w:pStyle w:val="FormNote"/>
        <w:shd w:val="clear" w:color="auto" w:fill="F2F2F2"/>
        <w:jc w:val="both"/>
      </w:pPr>
      <w:r>
        <w:rPr>
          <w:b/>
          <w:lang w:val="bg-BG"/>
        </w:rPr>
        <w:t xml:space="preserve">Приложимост: </w:t>
      </w:r>
      <w:r w:rsidR="00B50A98">
        <w:rPr>
          <w:i/>
          <w:lang w:val="bg-BG"/>
        </w:rPr>
        <w:t>Попълва се само когато множество сходни по характер и предназначение обекти са обединени в рамките на един инвестиционен проект. Не се описват останалите параметри на проекта, налични в приложение № 2ив</w:t>
      </w:r>
      <w:r>
        <w:rPr>
          <w:i/>
          <w:lang w:val="bg-BG"/>
        </w:rPr>
        <w:t>.</w:t>
      </w:r>
    </w:p>
    <w:sdt>
      <w:sdtPr>
        <w:rPr>
          <w:b w:val="0"/>
          <w:sz w:val="22"/>
          <w:lang w:val="bg-BG"/>
        </w:rPr>
        <w:alias w:val="Повтарящ се раздел за стратегически проекти с множество обекти"/>
        <w:tag w:val="STRAT_AGG_PROJECTS_REPEAT"/>
        <w:id w:val="2042"/>
        <w:lock w:val="sdtLocked"/>
        <w15:repeatingSection/>
      </w:sdtPr>
      <w:sdtEndPr/>
      <w:sdtContent>
        <w:sdt>
          <w:sdtPr>
            <w:rPr>
              <w:b w:val="0"/>
              <w:sz w:val="22"/>
              <w:lang w:val="bg-BG"/>
            </w:rPr>
            <w:alias w:val="Стратегически проект с множество обекти"/>
            <w:tag w:val="STRAT_AGG_PROJECT_ITEM"/>
            <w:id w:val="2043"/>
            <w:lock w:val="sdtLocked"/>
            <w15:repeatingSectionItem/>
          </w:sdtPr>
          <w:sdtEndPr/>
          <w:sdtContent>
            <w:p w:rsidR="00D538A7" w:rsidRDefault="00AF13D1">
              <w:pPr>
                <w:pStyle w:val="ProjectItemHeader"/>
                <w:pBdr>
                  <w:top w:val="single" w:sz="6" w:space="0" w:color="BFBFBF"/>
                  <w:left w:val="single" w:sz="6" w:space="0" w:color="BFBFBF"/>
                  <w:bottom w:val="single" w:sz="6" w:space="0" w:color="BFBFBF"/>
                  <w:right w:val="single" w:sz="6" w:space="0" w:color="BFBFBF"/>
                </w:pBdr>
                <w:shd w:val="clear" w:color="auto" w:fill="DDEBF7"/>
              </w:pPr>
              <w:r>
                <w:rPr>
                  <w:lang w:val="bg-BG"/>
                </w:rPr>
                <w:t>ПРОЕКТ, ВКЛЮЧВАЩ МНОЖЕСТВО ИНВЕСТИЦИОННИ ОБЕКТИ</w:t>
              </w:r>
            </w:p>
            <w:tbl>
              <w:tblPr>
                <w:tblW w:w="9360" w:type="dxa"/>
                <w:tblInd w:w="120" w:type="dxa"/>
                <w:tblBorders>
                  <w:top w:val="single" w:sz="6" w:space="0" w:color="BFBFBF"/>
                  <w:left w:val="single" w:sz="6" w:space="0" w:color="BFBFBF"/>
                  <w:bottom w:val="single" w:sz="6" w:space="0" w:color="BFBFBF"/>
                  <w:right w:val="single" w:sz="6" w:space="0" w:color="BFBFBF"/>
                  <w:insideH w:val="single" w:sz="6" w:space="0" w:color="BFBFBF"/>
                  <w:insideV w:val="single" w:sz="6" w:space="0" w:color="BFBFBF"/>
                </w:tblBorders>
                <w:tblLayout w:type="fixed"/>
                <w:tblLook w:val="04A0" w:firstRow="1" w:lastRow="0" w:firstColumn="1" w:lastColumn="0" w:noHBand="0" w:noVBand="1"/>
              </w:tblPr>
              <w:tblGrid>
                <w:gridCol w:w="2426"/>
                <w:gridCol w:w="6934"/>
              </w:tblGrid>
              <w:tr w:rsidR="00D538A7" w:rsidTr="00343C03">
                <w:trPr>
                  <w:trHeight w:val="232"/>
                </w:trPr>
                <w:tc>
                  <w:tcPr>
                    <w:tcW w:w="2472" w:type="dxa"/>
                    <w:shd w:val="clear" w:color="auto" w:fill="F2F2F2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p w:rsidR="00D538A7" w:rsidRDefault="00AF13D1">
                    <w:pPr>
                      <w:spacing w:after="0" w:line="240" w:lineRule="auto"/>
                    </w:pPr>
                    <w:r>
                      <w:rPr>
                        <w:b/>
                        <w:sz w:val="21"/>
                      </w:rPr>
                      <w:t>Наименование на проекта</w:t>
                    </w:r>
                  </w:p>
                </w:tc>
                <w:tc>
                  <w:tcPr>
                    <w:tcW w:w="7075" w:type="dxa"/>
                    <w:shd w:val="clear" w:color="auto" w:fill="F7F7F7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sdt>
                    <w:sdtPr>
                      <w:alias w:val="Наименование на окрупнения проект"/>
                      <w:tag w:val="STRAT_AGG_PROJECT_NAME"/>
                      <w:id w:val="2028"/>
                      <w:lock w:val="sdtLocked"/>
                      <w:placeholder>
                        <w:docPart w:val="C6CC12900CC44F3D9DE77A7B79B945BA"/>
                      </w:placeholder>
                      <w:showingPlcHdr/>
                      <w:text/>
                    </w:sdtPr>
                    <w:sdtEndPr/>
                    <w:sdtContent>
                      <w:p w:rsidR="00D538A7" w:rsidRDefault="00AF13D1">
                        <w:pPr>
                          <w:spacing w:after="0"/>
                        </w:pPr>
                        <w:r>
                          <w:rPr>
                            <w:i/>
                            <w:color w:val="666666"/>
                          </w:rPr>
                          <w:t>[Въведете точното наименование от приложение № 2ив.]</w:t>
                        </w:r>
                      </w:p>
                    </w:sdtContent>
                  </w:sdt>
                </w:tc>
              </w:tr>
              <w:tr w:rsidR="00D538A7" w:rsidTr="00343C03">
                <w:trPr>
                  <w:trHeight w:val="232"/>
                </w:trPr>
                <w:tc>
                  <w:tcPr>
                    <w:tcW w:w="2472" w:type="dxa"/>
                    <w:shd w:val="clear" w:color="auto" w:fill="F2F2F2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p w:rsidR="00D538A7" w:rsidRDefault="00AF13D1">
                    <w:pPr>
                      <w:spacing w:after="0" w:line="240" w:lineRule="auto"/>
                    </w:pPr>
                    <w:r>
                      <w:rPr>
                        <w:b/>
                        <w:sz w:val="21"/>
                      </w:rPr>
                      <w:t>Номер/идентификатор</w:t>
                    </w:r>
                  </w:p>
                </w:tc>
                <w:tc>
                  <w:tcPr>
                    <w:tcW w:w="7075" w:type="dxa"/>
                    <w:shd w:val="clear" w:color="auto" w:fill="F7F7F7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sdt>
                    <w:sdtPr>
                      <w:alias w:val="Номер или идентификатор на окрупнения проект"/>
                      <w:tag w:val="STRAT_AGG_PROJECT_ID"/>
                      <w:id w:val="2029"/>
                      <w:lock w:val="sdtLocked"/>
                      <w:placeholder>
                        <w:docPart w:val="9276950CE76A4F81AA02A207525E768E"/>
                      </w:placeholder>
                      <w:showingPlcHdr/>
                      <w:text/>
                    </w:sdtPr>
                    <w:sdtEndPr/>
                    <w:sdtContent>
                      <w:p w:rsidR="00D538A7" w:rsidRDefault="00AF13D1">
                        <w:pPr>
                          <w:spacing w:after="0"/>
                        </w:pPr>
                        <w:r>
                          <w:rPr>
                            <w:i/>
                            <w:color w:val="666666"/>
                          </w:rPr>
                          <w:t>[Оставете празно, ако за новия проект още няма определен номер.]</w:t>
                        </w:r>
                      </w:p>
                    </w:sdtContent>
                  </w:sdt>
                </w:tc>
              </w:tr>
              <w:tr w:rsidR="00D538A7" w:rsidTr="00343C03">
                <w:trPr>
                  <w:trHeight w:val="232"/>
                </w:trPr>
                <w:tc>
                  <w:tcPr>
                    <w:tcW w:w="2472" w:type="dxa"/>
                    <w:shd w:val="clear" w:color="auto" w:fill="F2F2F2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p w:rsidR="00D538A7" w:rsidRDefault="00AF13D1">
                    <w:pPr>
                      <w:spacing w:after="0" w:line="240" w:lineRule="auto"/>
                    </w:pPr>
                    <w:r>
                      <w:rPr>
                        <w:b/>
                        <w:sz w:val="21"/>
                      </w:rPr>
                      <w:t>Вид на проекта</w:t>
                    </w:r>
                  </w:p>
                </w:tc>
                <w:tc>
                  <w:tcPr>
                    <w:tcW w:w="7075" w:type="dxa"/>
                    <w:shd w:val="clear" w:color="auto" w:fill="F7F7F7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sdt>
                    <w:sdtPr>
                      <w:alias w:val="Вид на проекта"/>
                      <w:tag w:val="STRAT_AGG_PROJECT_STATUS"/>
                      <w:id w:val="2030"/>
                      <w:lock w:val="sdtLocked"/>
                      <w:placeholder>
                        <w:docPart w:val="A02CA2F3EFBB42589FF5E1473E96B165"/>
                      </w:placeholder>
                      <w:showingPlcHdr/>
                      <w:dropDownList>
                        <w:listItem w:displayText="Нов проект" w:value="NEW"/>
                        <w:listItem w:displayText="Преходен проект" w:value="TRANSITIONAL"/>
                      </w:dropDownList>
                    </w:sdtPr>
                    <w:sdtEndPr/>
                    <w:sdtContent>
                      <w:p w:rsidR="00D538A7" w:rsidRDefault="00AF13D1">
                        <w:r>
                          <w:rPr>
                            <w:i/>
                            <w:color w:val="666666"/>
                          </w:rPr>
                          <w:t>[Изберете от списъка.]</w:t>
                        </w:r>
                      </w:p>
                    </w:sdtContent>
                  </w:sdt>
                </w:tc>
              </w:tr>
            </w:tbl>
            <w:p w:rsidR="00D538A7" w:rsidRDefault="00D538A7">
              <w:pPr>
                <w:spacing w:after="40" w:line="240" w:lineRule="auto"/>
              </w:pPr>
            </w:p>
            <w:p w:rsidR="00D538A7" w:rsidRPr="006E091A" w:rsidRDefault="00AF13D1" w:rsidP="00B50A98">
              <w:pPr>
                <w:pStyle w:val="FormFieldLabel"/>
                <w:jc w:val="both"/>
                <w:rPr>
                  <w:lang w:val="bg-BG"/>
                </w:rPr>
              </w:pPr>
              <w:r w:rsidRPr="006E091A">
                <w:rPr>
                  <w:lang w:val="bg-BG"/>
                </w:rPr>
                <w:lastRenderedPageBreak/>
                <w:t>Списък на инвестиционните обекти, включени в проекта</w:t>
              </w:r>
            </w:p>
            <w:p w:rsidR="00D538A7" w:rsidRPr="006E091A" w:rsidRDefault="00AF13D1" w:rsidP="00B50A98">
              <w:pPr>
                <w:pStyle w:val="FormInstruction"/>
                <w:jc w:val="both"/>
                <w:rPr>
                  <w:lang w:val="bg-BG"/>
                </w:rPr>
              </w:pPr>
              <w:r w:rsidRPr="006E091A">
                <w:rPr>
                  <w:lang w:val="bg-BG"/>
                </w:rPr>
                <w:t>Посочете всеки обект на отделен ред с наименование, местоположение и достатъчно данни за еднозначното му идентифициране.</w:t>
              </w:r>
            </w:p>
            <w:tbl>
              <w:tblPr>
                <w:tblW w:w="9360" w:type="dxa"/>
                <w:tblInd w:w="120" w:type="dxa"/>
                <w:tblBorders>
                  <w:top w:val="single" w:sz="6" w:space="0" w:color="8C8C8C"/>
                  <w:left w:val="single" w:sz="6" w:space="0" w:color="8C8C8C"/>
                  <w:bottom w:val="single" w:sz="6" w:space="0" w:color="8C8C8C"/>
                  <w:right w:val="single" w:sz="6" w:space="0" w:color="8C8C8C"/>
                  <w:insideH w:val="single" w:sz="6" w:space="0" w:color="8C8C8C"/>
                  <w:insideV w:val="single" w:sz="6" w:space="0" w:color="8C8C8C"/>
                </w:tblBorders>
                <w:tblLayout w:type="fixed"/>
                <w:tblLook w:val="04A0" w:firstRow="1" w:lastRow="0" w:firstColumn="1" w:lastColumn="0" w:noHBand="0" w:noVBand="1"/>
              </w:tblPr>
              <w:tblGrid>
                <w:gridCol w:w="9360"/>
              </w:tblGrid>
              <w:tr w:rsidR="00D538A7">
                <w:trPr>
                  <w:trHeight w:val="720"/>
                </w:trPr>
                <w:tc>
                  <w:tcPr>
                    <w:tcW w:w="9360" w:type="dxa"/>
                    <w:shd w:val="clear" w:color="auto" w:fill="F7F7F7"/>
                    <w:tcMar>
                      <w:top w:w="100" w:type="dxa"/>
                      <w:left w:w="120" w:type="dxa"/>
                      <w:bottom w:w="100" w:type="dxa"/>
                      <w:right w:w="120" w:type="dxa"/>
                    </w:tcMar>
                    <w:vAlign w:val="center"/>
                  </w:tcPr>
                  <w:sdt>
                    <w:sdtPr>
                      <w:alias w:val="Списък на инвестиционните обекти"/>
                      <w:tag w:val="STRAT_AGG_OBJECTS_LIST"/>
                      <w:id w:val="2031"/>
                      <w:lock w:val="sdtLocked"/>
                      <w:placeholder>
                        <w:docPart w:val="11AC0A73B3B24AC0A4C7E900D9B0D644"/>
                      </w:placeholder>
                      <w:showingPlcHdr/>
                      <w:text w:multiLine="1"/>
                    </w:sdtPr>
                    <w:sdtEndPr/>
                    <w:sdtContent>
                      <w:p w:rsidR="00D538A7" w:rsidRDefault="00AF13D1">
                        <w:pPr>
                          <w:spacing w:after="0"/>
                        </w:pPr>
                        <w:r>
                          <w:rPr>
                            <w:i/>
                            <w:color w:val="666666"/>
                          </w:rPr>
                          <w:t>[Въведете всеки обект на отделен ред.]</w:t>
                        </w:r>
                      </w:p>
                    </w:sdtContent>
                  </w:sdt>
                </w:tc>
              </w:tr>
            </w:tbl>
            <w:p w:rsidR="00D538A7" w:rsidRDefault="00D538A7">
              <w:pPr>
                <w:spacing w:after="60" w:line="240" w:lineRule="auto"/>
              </w:pPr>
            </w:p>
            <w:p w:rsidR="00D538A7" w:rsidRDefault="00AF13D1">
              <w:pPr>
                <w:spacing w:before="40" w:after="120" w:line="240" w:lineRule="auto"/>
                <w:jc w:val="center"/>
              </w:pPr>
              <w:r>
                <w:rPr>
                  <w:b/>
                  <w:color w:val="666666"/>
                  <w:sz w:val="18"/>
                </w:rPr>
                <w:t>КРАЙ НА СПИСЪКА С ИНВЕСТИЦИОННИ ОБЕКТИ</w:t>
              </w:r>
            </w:p>
          </w:sdtContent>
        </w:sdt>
      </w:sdtContent>
    </w:sdt>
    <w:sectPr w:rsidR="00D538A7" w:rsidSect="00722267">
      <w:footerReference w:type="default" r:id="rId8"/>
      <w:pgSz w:w="11906" w:h="16838"/>
      <w:pgMar w:top="1020" w:right="1134" w:bottom="0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B69" w:rsidRDefault="006B4B69">
      <w:pPr>
        <w:spacing w:after="0" w:line="240" w:lineRule="auto"/>
      </w:pPr>
      <w:r>
        <w:separator/>
      </w:r>
    </w:p>
  </w:endnote>
  <w:endnote w:type="continuationSeparator" w:id="0">
    <w:p w:rsidR="006B4B69" w:rsidRDefault="006B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21D" w:rsidRDefault="009F521D">
    <w:pPr>
      <w:spacing w:after="0" w:line="240" w:lineRule="auto"/>
      <w:jc w:val="right"/>
    </w:pPr>
    <w:r>
      <w:rPr>
        <w:color w:val="666666"/>
        <w:sz w:val="18"/>
      </w:rPr>
      <w:t xml:space="preserve">Стр. </w:t>
    </w:r>
    <w:r>
      <w:rPr>
        <w:color w:val="666666"/>
        <w:sz w:val="18"/>
      </w:rPr>
      <w:fldChar w:fldCharType="begin"/>
    </w:r>
    <w:r>
      <w:rPr>
        <w:color w:val="666666"/>
        <w:sz w:val="18"/>
      </w:rPr>
      <w:instrText xml:space="preserve"> PAGE </w:instrText>
    </w:r>
    <w:r>
      <w:rPr>
        <w:color w:val="666666"/>
        <w:sz w:val="18"/>
      </w:rPr>
      <w:fldChar w:fldCharType="separate"/>
    </w:r>
    <w:r w:rsidR="00F42D55">
      <w:rPr>
        <w:noProof/>
        <w:color w:val="666666"/>
        <w:sz w:val="18"/>
      </w:rPr>
      <w:t>5</w:t>
    </w:r>
    <w:r>
      <w:rPr>
        <w:color w:val="666666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B69" w:rsidRDefault="006B4B69">
      <w:pPr>
        <w:spacing w:after="0" w:line="240" w:lineRule="auto"/>
      </w:pPr>
      <w:r>
        <w:separator/>
      </w:r>
    </w:p>
  </w:footnote>
  <w:footnote w:type="continuationSeparator" w:id="0">
    <w:p w:rsidR="006B4B69" w:rsidRDefault="006B4B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902EAE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0B0EAA"/>
    <w:multiLevelType w:val="hybridMultilevel"/>
    <w:tmpl w:val="EDEAEBAA"/>
    <w:lvl w:ilvl="0" w:tplc="1840C1A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943E2B"/>
    <w:multiLevelType w:val="hybridMultilevel"/>
    <w:tmpl w:val="00AAB864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C15264"/>
    <w:multiLevelType w:val="hybridMultilevel"/>
    <w:tmpl w:val="23249FB2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857ACB"/>
    <w:multiLevelType w:val="hybridMultilevel"/>
    <w:tmpl w:val="80EA0462"/>
    <w:lvl w:ilvl="0" w:tplc="8C0AC4B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DA53070"/>
    <w:multiLevelType w:val="hybridMultilevel"/>
    <w:tmpl w:val="C5C4659C"/>
    <w:lvl w:ilvl="0" w:tplc="609CAED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43709E3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3860BF"/>
    <w:multiLevelType w:val="hybridMultilevel"/>
    <w:tmpl w:val="ABDED53E"/>
    <w:lvl w:ilvl="0" w:tplc="04020011">
      <w:start w:val="1"/>
      <w:numFmt w:val="decimal"/>
      <w:lvlText w:val="%1)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1C70C22"/>
    <w:multiLevelType w:val="hybridMultilevel"/>
    <w:tmpl w:val="2D1E517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BD6AF9"/>
    <w:multiLevelType w:val="hybridMultilevel"/>
    <w:tmpl w:val="21B2EBC0"/>
    <w:lvl w:ilvl="0" w:tplc="6AE083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9E5E78"/>
    <w:multiLevelType w:val="singleLevel"/>
    <w:tmpl w:val="DAD01CFE"/>
    <w:lvl w:ilvl="0">
      <w:start w:val="1"/>
      <w:numFmt w:val="bullet"/>
      <w:pStyle w:val="ListBullet"/>
      <w:lvlText w:val="•"/>
      <w:lvlJc w:val="left"/>
      <w:pPr>
        <w:tabs>
          <w:tab w:val="num" w:pos="720"/>
        </w:tabs>
        <w:spacing w:after="80" w:line="280" w:lineRule="auto"/>
        <w:ind w:left="720" w:hanging="360"/>
      </w:pPr>
      <w:rPr>
        <w:rFonts w:ascii="Calibri" w:hAnsi="Calibri"/>
      </w:rPr>
    </w:lvl>
  </w:abstractNum>
  <w:abstractNum w:abstractNumId="18" w15:restartNumberingAfterBreak="0">
    <w:nsid w:val="78A473B1"/>
    <w:multiLevelType w:val="hybridMultilevel"/>
    <w:tmpl w:val="2B56E7B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AE25A5"/>
    <w:multiLevelType w:val="hybridMultilevel"/>
    <w:tmpl w:val="02CA7128"/>
    <w:lvl w:ilvl="0" w:tplc="FA16D55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16"/>
  </w:num>
  <w:num w:numId="5">
    <w:abstractNumId w:val="19"/>
  </w:num>
  <w:num w:numId="6">
    <w:abstractNumId w:val="13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8"/>
  </w:num>
  <w:num w:numId="10">
    <w:abstractNumId w:val="10"/>
  </w:num>
  <w:num w:numId="11">
    <w:abstractNumId w:val="11"/>
  </w:num>
  <w:num w:numId="12">
    <w:abstractNumId w:val="1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forms" w:enforcement="0"/>
  <w:defaultTabStop w:val="720"/>
  <w:hyphenationZone w:val="425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015E4"/>
    <w:rsid w:val="00004330"/>
    <w:rsid w:val="000120E2"/>
    <w:rsid w:val="0001332A"/>
    <w:rsid w:val="00024530"/>
    <w:rsid w:val="0003071E"/>
    <w:rsid w:val="00034616"/>
    <w:rsid w:val="00035FB4"/>
    <w:rsid w:val="0006063C"/>
    <w:rsid w:val="00070381"/>
    <w:rsid w:val="000752CE"/>
    <w:rsid w:val="000A1236"/>
    <w:rsid w:val="000C47CB"/>
    <w:rsid w:val="000E4950"/>
    <w:rsid w:val="000E72CD"/>
    <w:rsid w:val="000E7F84"/>
    <w:rsid w:val="00112AD5"/>
    <w:rsid w:val="00116B0B"/>
    <w:rsid w:val="001216C6"/>
    <w:rsid w:val="00141B8A"/>
    <w:rsid w:val="001436B6"/>
    <w:rsid w:val="0014528D"/>
    <w:rsid w:val="0015074B"/>
    <w:rsid w:val="00171FD0"/>
    <w:rsid w:val="001C3174"/>
    <w:rsid w:val="001C795E"/>
    <w:rsid w:val="00226ABA"/>
    <w:rsid w:val="00237484"/>
    <w:rsid w:val="002414B0"/>
    <w:rsid w:val="0024379A"/>
    <w:rsid w:val="00261071"/>
    <w:rsid w:val="002644FB"/>
    <w:rsid w:val="002655DC"/>
    <w:rsid w:val="0027221C"/>
    <w:rsid w:val="0029639D"/>
    <w:rsid w:val="0029671D"/>
    <w:rsid w:val="002C1CA6"/>
    <w:rsid w:val="00326F90"/>
    <w:rsid w:val="00343C03"/>
    <w:rsid w:val="003844EB"/>
    <w:rsid w:val="003B495C"/>
    <w:rsid w:val="003F5AE7"/>
    <w:rsid w:val="00401528"/>
    <w:rsid w:val="00442AB9"/>
    <w:rsid w:val="00467673"/>
    <w:rsid w:val="0047428A"/>
    <w:rsid w:val="00477791"/>
    <w:rsid w:val="00482FDA"/>
    <w:rsid w:val="004A38F1"/>
    <w:rsid w:val="004B0E3B"/>
    <w:rsid w:val="004D690C"/>
    <w:rsid w:val="004E3022"/>
    <w:rsid w:val="004E70BE"/>
    <w:rsid w:val="0054298A"/>
    <w:rsid w:val="0055180B"/>
    <w:rsid w:val="00552B71"/>
    <w:rsid w:val="00571F1C"/>
    <w:rsid w:val="00576D64"/>
    <w:rsid w:val="00577F15"/>
    <w:rsid w:val="005A6533"/>
    <w:rsid w:val="005C067A"/>
    <w:rsid w:val="005C4611"/>
    <w:rsid w:val="005C47B1"/>
    <w:rsid w:val="005D06B4"/>
    <w:rsid w:val="00615477"/>
    <w:rsid w:val="00617DEC"/>
    <w:rsid w:val="00672253"/>
    <w:rsid w:val="006777BB"/>
    <w:rsid w:val="006A7C13"/>
    <w:rsid w:val="006B4B69"/>
    <w:rsid w:val="006C4119"/>
    <w:rsid w:val="006D5B21"/>
    <w:rsid w:val="006E091A"/>
    <w:rsid w:val="006E3F5D"/>
    <w:rsid w:val="006F52D3"/>
    <w:rsid w:val="00722267"/>
    <w:rsid w:val="0073366B"/>
    <w:rsid w:val="00735BB6"/>
    <w:rsid w:val="007708F6"/>
    <w:rsid w:val="007952C7"/>
    <w:rsid w:val="007958DB"/>
    <w:rsid w:val="00795C06"/>
    <w:rsid w:val="007A4C43"/>
    <w:rsid w:val="007C164F"/>
    <w:rsid w:val="007C7D49"/>
    <w:rsid w:val="007D0C66"/>
    <w:rsid w:val="007E3E38"/>
    <w:rsid w:val="007F39FC"/>
    <w:rsid w:val="00820C1D"/>
    <w:rsid w:val="00823ACD"/>
    <w:rsid w:val="00842F80"/>
    <w:rsid w:val="00854DCD"/>
    <w:rsid w:val="00857F0B"/>
    <w:rsid w:val="0086308E"/>
    <w:rsid w:val="00876BFE"/>
    <w:rsid w:val="00877A9B"/>
    <w:rsid w:val="00885BFA"/>
    <w:rsid w:val="008B33D7"/>
    <w:rsid w:val="008E1F15"/>
    <w:rsid w:val="00900E28"/>
    <w:rsid w:val="00943637"/>
    <w:rsid w:val="00945985"/>
    <w:rsid w:val="009703C5"/>
    <w:rsid w:val="00983063"/>
    <w:rsid w:val="009E1383"/>
    <w:rsid w:val="009F1B3A"/>
    <w:rsid w:val="009F521D"/>
    <w:rsid w:val="00A024B1"/>
    <w:rsid w:val="00A105BF"/>
    <w:rsid w:val="00A31F4B"/>
    <w:rsid w:val="00A4516F"/>
    <w:rsid w:val="00A510CD"/>
    <w:rsid w:val="00A62793"/>
    <w:rsid w:val="00A71B6F"/>
    <w:rsid w:val="00A801FE"/>
    <w:rsid w:val="00AA1D8D"/>
    <w:rsid w:val="00AB369C"/>
    <w:rsid w:val="00AC00F0"/>
    <w:rsid w:val="00AC5735"/>
    <w:rsid w:val="00AF13D1"/>
    <w:rsid w:val="00AF56D4"/>
    <w:rsid w:val="00AF61C2"/>
    <w:rsid w:val="00AF7453"/>
    <w:rsid w:val="00B424BF"/>
    <w:rsid w:val="00B47730"/>
    <w:rsid w:val="00B50510"/>
    <w:rsid w:val="00B50A98"/>
    <w:rsid w:val="00B64AD6"/>
    <w:rsid w:val="00B82A8B"/>
    <w:rsid w:val="00B92397"/>
    <w:rsid w:val="00BA5443"/>
    <w:rsid w:val="00BA5FC8"/>
    <w:rsid w:val="00BB3F19"/>
    <w:rsid w:val="00BC0014"/>
    <w:rsid w:val="00C20A4E"/>
    <w:rsid w:val="00C274C7"/>
    <w:rsid w:val="00C33580"/>
    <w:rsid w:val="00C7316D"/>
    <w:rsid w:val="00CA5206"/>
    <w:rsid w:val="00CA64EF"/>
    <w:rsid w:val="00CB0664"/>
    <w:rsid w:val="00CC3B1D"/>
    <w:rsid w:val="00D3266F"/>
    <w:rsid w:val="00D538A7"/>
    <w:rsid w:val="00D63C70"/>
    <w:rsid w:val="00DC06F0"/>
    <w:rsid w:val="00DC164A"/>
    <w:rsid w:val="00DD2D7B"/>
    <w:rsid w:val="00DE754A"/>
    <w:rsid w:val="00DF6972"/>
    <w:rsid w:val="00E20C73"/>
    <w:rsid w:val="00E314A6"/>
    <w:rsid w:val="00E35D5D"/>
    <w:rsid w:val="00E65956"/>
    <w:rsid w:val="00E664C2"/>
    <w:rsid w:val="00E70434"/>
    <w:rsid w:val="00E84AE7"/>
    <w:rsid w:val="00ED47E9"/>
    <w:rsid w:val="00ED7C3B"/>
    <w:rsid w:val="00EE360F"/>
    <w:rsid w:val="00EE6CB1"/>
    <w:rsid w:val="00F11866"/>
    <w:rsid w:val="00F231E0"/>
    <w:rsid w:val="00F42D55"/>
    <w:rsid w:val="00F44529"/>
    <w:rsid w:val="00F60496"/>
    <w:rsid w:val="00F619FF"/>
    <w:rsid w:val="00F643F5"/>
    <w:rsid w:val="00F770BA"/>
    <w:rsid w:val="00F95CDE"/>
    <w:rsid w:val="00FA1DAA"/>
    <w:rsid w:val="00FB770E"/>
    <w:rsid w:val="00FB7F69"/>
    <w:rsid w:val="00FC2BB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4A70EB62"/>
  <w14:defaultImageDpi w14:val="330"/>
  <w15:docId w15:val="{0C94D9E4-653D-4483-9B3C-759AD88ED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4FB"/>
    <w:pPr>
      <w:spacing w:after="80" w:line="264" w:lineRule="auto"/>
    </w:pPr>
    <w:rPr>
      <w:rFonts w:ascii="Times New Roman" w:eastAsia="Times New Roman" w:hAnsi="Times New Roman" w:cs="Times New Roman"/>
      <w:color w:val="000000"/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20" w:line="252" w:lineRule="auto"/>
      <w:ind w:left="100" w:right="10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60" w:line="252" w:lineRule="auto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60" w:line="252" w:lineRule="auto"/>
      <w:ind w:left="80"/>
      <w:outlineLvl w:val="2"/>
    </w:pPr>
    <w:rPr>
      <w:rFonts w:asciiTheme="majorHAnsi" w:eastAsiaTheme="majorEastAsia" w:hAnsiTheme="majorHAnsi" w:cstheme="majorBidi"/>
      <w:b/>
      <w:bCs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line="264" w:lineRule="auto"/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tabs>
        <w:tab w:val="num" w:pos="360"/>
      </w:tabs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tabs>
        <w:tab w:val="num" w:pos="360"/>
      </w:tabs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tabs>
        <w:tab w:val="num" w:pos="360"/>
      </w:tabs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tabs>
        <w:tab w:val="num" w:pos="360"/>
      </w:tabs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tabs>
        <w:tab w:val="num" w:pos="360"/>
      </w:tabs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ocTitle">
    <w:name w:val="Doc Title"/>
    <w:pPr>
      <w:keepNext/>
      <w:spacing w:after="80" w:line="240" w:lineRule="auto"/>
      <w:jc w:val="center"/>
    </w:pPr>
    <w:rPr>
      <w:rFonts w:ascii="Calibri" w:hAnsi="Calibri" w:cs="Calibri"/>
      <w:b/>
      <w:color w:val="1F4E78"/>
      <w:sz w:val="34"/>
      <w:lang w:val="bg-BG"/>
    </w:rPr>
  </w:style>
  <w:style w:type="paragraph" w:customStyle="1" w:styleId="DocSubtitle">
    <w:name w:val="Doc Subtitle"/>
    <w:pPr>
      <w:keepNext/>
      <w:spacing w:after="280" w:line="264" w:lineRule="auto"/>
      <w:jc w:val="center"/>
    </w:pPr>
    <w:rPr>
      <w:rFonts w:ascii="Calibri" w:hAnsi="Calibri" w:cs="Calibri"/>
      <w:color w:val="000000"/>
      <w:sz w:val="23"/>
      <w:lang w:val="bg-BG"/>
    </w:rPr>
  </w:style>
  <w:style w:type="paragraph" w:customStyle="1" w:styleId="Instruction">
    <w:name w:val="Instruction"/>
    <w:pPr>
      <w:keepNext/>
      <w:spacing w:after="60" w:line="240" w:lineRule="auto"/>
    </w:pPr>
    <w:rPr>
      <w:rFonts w:ascii="Calibri" w:hAnsi="Calibri" w:cs="Calibri"/>
      <w:i/>
      <w:color w:val="666666"/>
      <w:sz w:val="19"/>
      <w:lang w:val="bg-BG"/>
    </w:rPr>
  </w:style>
  <w:style w:type="paragraph" w:customStyle="1" w:styleId="FieldLabel">
    <w:name w:val="Field Label"/>
    <w:pPr>
      <w:keepNext/>
      <w:spacing w:before="140" w:after="40" w:line="240" w:lineRule="auto"/>
    </w:pPr>
    <w:rPr>
      <w:rFonts w:ascii="Calibri" w:hAnsi="Calibri" w:cs="Calibri"/>
      <w:b/>
      <w:color w:val="1F4E78"/>
      <w:sz w:val="21"/>
      <w:lang w:val="bg-BG"/>
    </w:rPr>
  </w:style>
  <w:style w:type="paragraph" w:customStyle="1" w:styleId="FormField">
    <w:name w:val="Form Field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val="bg-BG"/>
    </w:rPr>
  </w:style>
  <w:style w:type="paragraph" w:customStyle="1" w:styleId="Note">
    <w:name w:val="Note"/>
    <w:pPr>
      <w:pBdr>
        <w:left w:val="single" w:sz="18" w:space="6" w:color="5B9BD5"/>
      </w:pBdr>
      <w:shd w:val="clear" w:color="auto" w:fill="EDF4FA"/>
      <w:spacing w:before="80" w:after="160" w:line="252" w:lineRule="auto"/>
      <w:ind w:left="120" w:right="120"/>
    </w:pPr>
    <w:rPr>
      <w:rFonts w:ascii="Calibri" w:hAnsi="Calibri" w:cs="Calibri"/>
      <w:color w:val="000000"/>
      <w:sz w:val="19"/>
      <w:lang w:val="bg-BG"/>
    </w:rPr>
  </w:style>
  <w:style w:type="character" w:styleId="PlaceholderText">
    <w:name w:val="Placeholder Text"/>
    <w:basedOn w:val="DefaultParagraphFont"/>
    <w:uiPriority w:val="99"/>
    <w:semiHidden/>
    <w:rsid w:val="00A4516F"/>
    <w:rPr>
      <w:color w:val="808080"/>
    </w:rPr>
  </w:style>
  <w:style w:type="paragraph" w:customStyle="1" w:styleId="FormFieldLabel">
    <w:name w:val="Form Field Label"/>
    <w:pPr>
      <w:keepNext/>
      <w:spacing w:before="100" w:after="40" w:line="252" w:lineRule="auto"/>
    </w:pPr>
    <w:rPr>
      <w:rFonts w:ascii="Times New Roman" w:eastAsia="Times New Roman" w:hAnsi="Times New Roman" w:cs="Times New Roman"/>
      <w:b/>
      <w:color w:val="000000"/>
      <w:sz w:val="23"/>
    </w:rPr>
  </w:style>
  <w:style w:type="paragraph" w:customStyle="1" w:styleId="FormInstruction">
    <w:name w:val="Form Instruction"/>
    <w:pPr>
      <w:keepNext/>
      <w:spacing w:after="60" w:line="252" w:lineRule="auto"/>
    </w:pPr>
    <w:rPr>
      <w:rFonts w:ascii="Times New Roman" w:eastAsia="Times New Roman" w:hAnsi="Times New Roman" w:cs="Times New Roman"/>
      <w:i/>
      <w:color w:val="666666"/>
      <w:sz w:val="21"/>
    </w:rPr>
  </w:style>
  <w:style w:type="paragraph" w:customStyle="1" w:styleId="FormNote">
    <w:name w:val="Form Note"/>
    <w:pPr>
      <w:spacing w:before="80" w:after="100" w:line="252" w:lineRule="auto"/>
    </w:pPr>
    <w:rPr>
      <w:rFonts w:ascii="Times New Roman" w:eastAsia="Times New Roman" w:hAnsi="Times New Roman" w:cs="Times New Roman"/>
      <w:color w:val="666666"/>
      <w:sz w:val="21"/>
    </w:rPr>
  </w:style>
  <w:style w:type="paragraph" w:customStyle="1" w:styleId="ProjectItemHeader">
    <w:name w:val="Project Item Header"/>
    <w:pPr>
      <w:keepNext/>
      <w:spacing w:before="140" w:after="100" w:line="240" w:lineRule="auto"/>
      <w:jc w:val="center"/>
    </w:pPr>
    <w:rPr>
      <w:rFonts w:ascii="Times New Roman" w:eastAsia="Times New Roman" w:hAnsi="Times New Roman" w:cs="Times New Roman"/>
      <w:b/>
      <w:color w:val="000000"/>
      <w:sz w:val="23"/>
    </w:rPr>
  </w:style>
  <w:style w:type="character" w:styleId="CommentReference">
    <w:name w:val="annotation reference"/>
    <w:basedOn w:val="DefaultParagraphFont"/>
    <w:uiPriority w:val="99"/>
    <w:semiHidden/>
    <w:unhideWhenUsed/>
    <w:rsid w:val="00B424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24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24BF"/>
    <w:rPr>
      <w:rFonts w:ascii="Times New Roman" w:eastAsia="Times New Roman" w:hAnsi="Times New Roman" w:cs="Times New Roman"/>
      <w:color w:val="000000"/>
      <w:sz w:val="20"/>
      <w:szCs w:val="20"/>
      <w:lang w:val="bg-B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24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24BF"/>
    <w:rPr>
      <w:rFonts w:ascii="Times New Roman" w:eastAsia="Times New Roman" w:hAnsi="Times New Roman" w:cs="Times New Roman"/>
      <w:b/>
      <w:bCs/>
      <w:color w:val="000000"/>
      <w:sz w:val="20"/>
      <w:szCs w:val="20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24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4BF"/>
    <w:rPr>
      <w:rFonts w:ascii="Segoe UI" w:eastAsia="Times New Roman" w:hAnsi="Segoe UI" w:cs="Segoe UI"/>
      <w:color w:val="000000"/>
      <w:sz w:val="18"/>
      <w:szCs w:val="18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4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53143B004D4555AF8CEEFC94D19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4C6395-3481-4718-9C1C-8638C24F5E6A}"/>
      </w:docPartPr>
      <w:docPartBody>
        <w:p w:rsidR="00672A1A" w:rsidRDefault="00806E74" w:rsidP="00806E74">
          <w:pPr>
            <w:pStyle w:val="1353143B004D4555AF8CEEFC94D1962744"/>
          </w:pPr>
          <w:r>
            <w:rPr>
              <w:i/>
              <w:color w:val="666666"/>
            </w:rPr>
            <w:t>[Въведете пълното наименование.]</w:t>
          </w:r>
        </w:p>
      </w:docPartBody>
    </w:docPart>
    <w:docPart>
      <w:docPartPr>
        <w:name w:val="D93005B02706493BA9B6D81D00B0F9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207822-D050-4233-BD8E-F8B7F9E50B19}"/>
      </w:docPartPr>
      <w:docPartBody>
        <w:p w:rsidR="00672A1A" w:rsidRDefault="00806E74" w:rsidP="00806E74">
          <w:pPr>
            <w:pStyle w:val="D93005B02706493BA9B6D81D00B0F9EC44"/>
          </w:pPr>
          <w:r>
            <w:rPr>
              <w:i/>
              <w:color w:val="666666"/>
            </w:rPr>
            <w:t>[Въведете кода по ЕБК.]</w:t>
          </w:r>
        </w:p>
      </w:docPartBody>
    </w:docPart>
    <w:docPart>
      <w:docPartPr>
        <w:name w:val="87C354981AAE465FA18C79EB144407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81430E-2B71-4791-8BBD-018AEE0742F4}"/>
      </w:docPartPr>
      <w:docPartBody>
        <w:p w:rsidR="00672A1A" w:rsidRDefault="00806E74" w:rsidP="00806E74">
          <w:pPr>
            <w:pStyle w:val="87C354981AAE465FA18C79EB1444070641"/>
          </w:pPr>
          <w:r>
            <w:rPr>
              <w:i/>
              <w:color w:val="666666"/>
            </w:rPr>
            <w:t>[Въведете Вашия отговор тук.]</w:t>
          </w:r>
        </w:p>
      </w:docPartBody>
    </w:docPart>
    <w:docPart>
      <w:docPartPr>
        <w:name w:val="F2A560853AEB42C4825830FD658104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F78669-4E52-452F-B0F5-A124CAC6A53E}"/>
      </w:docPartPr>
      <w:docPartBody>
        <w:p w:rsidR="00672A1A" w:rsidRDefault="00806E74" w:rsidP="00806E74">
          <w:pPr>
            <w:pStyle w:val="F2A560853AEB42C4825830FD658104B840"/>
          </w:pPr>
          <w:r>
            <w:rPr>
              <w:i/>
              <w:color w:val="666666"/>
            </w:rPr>
            <w:t>[Въведете Вашия отговор тук.]</w:t>
          </w:r>
        </w:p>
      </w:docPartBody>
    </w:docPart>
    <w:docPart>
      <w:docPartPr>
        <w:name w:val="984624A7CB7F47E29B89176015CFA4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00401-941A-496A-963F-84187F6C3E89}"/>
      </w:docPartPr>
      <w:docPartBody>
        <w:p w:rsidR="00672A1A" w:rsidRDefault="00806E74" w:rsidP="00806E74">
          <w:pPr>
            <w:pStyle w:val="984624A7CB7F47E29B89176015CFA4AA36"/>
          </w:pPr>
          <w:r>
            <w:rPr>
              <w:i/>
              <w:color w:val="666666"/>
            </w:rPr>
            <w:t>[Въведете наименованието от приложение № 2иа.]</w:t>
          </w:r>
        </w:p>
      </w:docPartBody>
    </w:docPart>
    <w:docPart>
      <w:docPartPr>
        <w:name w:val="1D7255E9DC0E40ECBC260DDFB15DC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98A6A4-E21A-4754-9E20-8DB911CF25FA}"/>
      </w:docPartPr>
      <w:docPartBody>
        <w:p w:rsidR="00672A1A" w:rsidRDefault="00806E74" w:rsidP="00806E74">
          <w:pPr>
            <w:pStyle w:val="1D7255E9DC0E40ECBC260DDFB15DCCF036"/>
          </w:pPr>
          <w:r>
            <w:rPr>
              <w:i/>
              <w:color w:val="666666"/>
            </w:rPr>
            <w:t>[Въведете Вашия отговор тук.]</w:t>
          </w:r>
        </w:p>
      </w:docPartBody>
    </w:docPart>
    <w:docPart>
      <w:docPartPr>
        <w:name w:val="0AD52106A5B2480BB6F32CCADE5F6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36939F-CBF0-418C-B677-18E7469F68F7}"/>
      </w:docPartPr>
      <w:docPartBody>
        <w:p w:rsidR="00672A1A" w:rsidRDefault="00806E74" w:rsidP="00806E74">
          <w:pPr>
            <w:pStyle w:val="0AD52106A5B2480BB6F32CCADE5F6E9236"/>
          </w:pPr>
          <w:r>
            <w:rPr>
              <w:i/>
              <w:color w:val="666666"/>
            </w:rPr>
            <w:t>[Въведете точното наименование от приложение № 2иа.]</w:t>
          </w:r>
        </w:p>
      </w:docPartBody>
    </w:docPart>
    <w:docPart>
      <w:docPartPr>
        <w:name w:val="7F73044394984176A537D2BC7FBDB2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966E6-6398-4EBF-A761-2D0D8FEB769B}"/>
      </w:docPartPr>
      <w:docPartBody>
        <w:p w:rsidR="00672A1A" w:rsidRDefault="00806E74" w:rsidP="00806E74">
          <w:pPr>
            <w:pStyle w:val="7F73044394984176A537D2BC7FBDB2C737"/>
          </w:pPr>
          <w:r>
            <w:rPr>
              <w:i/>
              <w:color w:val="666666"/>
            </w:rPr>
            <w:t>[Оставете празно, ако за новия проект още няма определен номер.]</w:t>
          </w:r>
        </w:p>
      </w:docPartBody>
    </w:docPart>
    <w:docPart>
      <w:docPartPr>
        <w:name w:val="FA736517CD67408D96DA88AA0C222C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A4178-CE20-4CB6-868C-B126CE09C831}"/>
      </w:docPartPr>
      <w:docPartBody>
        <w:p w:rsidR="00672A1A" w:rsidRDefault="00806E74" w:rsidP="00806E74">
          <w:pPr>
            <w:pStyle w:val="FA736517CD67408D96DA88AA0C222CA944"/>
          </w:pPr>
          <w:r>
            <w:rPr>
              <w:i/>
              <w:color w:val="666666"/>
            </w:rPr>
            <w:t>[Изберете от списъка.]</w:t>
          </w:r>
        </w:p>
      </w:docPartBody>
    </w:docPart>
    <w:docPart>
      <w:docPartPr>
        <w:name w:val="C4600F21A1D3484C8C76CE46E1CE10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6E2EA-206A-4DAE-87FD-7FD4B4354D8A}"/>
      </w:docPartPr>
      <w:docPartBody>
        <w:p w:rsidR="00672A1A" w:rsidRDefault="00806E74" w:rsidP="00806E74">
          <w:pPr>
            <w:pStyle w:val="C4600F21A1D3484C8C76CE46E1CE104736"/>
          </w:pPr>
          <w:r>
            <w:rPr>
              <w:i/>
              <w:color w:val="666666"/>
            </w:rPr>
            <w:t>[Въведете всеки обект на отделен ред.]</w:t>
          </w:r>
        </w:p>
      </w:docPartBody>
    </w:docPart>
    <w:docPart>
      <w:docPartPr>
        <w:name w:val="71995259DEBC4A378EEC37A75C7951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FFA22D-D2A3-491A-BD8F-1FA709CCE399}"/>
      </w:docPartPr>
      <w:docPartBody>
        <w:p w:rsidR="00672A1A" w:rsidRDefault="00806E74" w:rsidP="00806E74">
          <w:pPr>
            <w:pStyle w:val="71995259DEBC4A378EEC37A75C79515B36"/>
          </w:pPr>
          <w:r>
            <w:rPr>
              <w:i/>
              <w:color w:val="666666"/>
            </w:rPr>
            <w:t>[Въведете Вашия отговор тук.]</w:t>
          </w:r>
        </w:p>
      </w:docPartBody>
    </w:docPart>
    <w:docPart>
      <w:docPartPr>
        <w:name w:val="351DA0B5078F49CA9FD7BCC206ACF4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592F8D-F279-438C-9852-8ED709E5EFF5}"/>
      </w:docPartPr>
      <w:docPartBody>
        <w:p w:rsidR="00672A1A" w:rsidRDefault="00806E74" w:rsidP="00806E74">
          <w:pPr>
            <w:pStyle w:val="351DA0B5078F49CA9FD7BCC206ACF43036"/>
          </w:pPr>
          <w:r>
            <w:rPr>
              <w:i/>
              <w:color w:val="666666"/>
            </w:rPr>
            <w:t>[Въведете точното наименование от приложение № 2иб.]</w:t>
          </w:r>
        </w:p>
      </w:docPartBody>
    </w:docPart>
    <w:docPart>
      <w:docPartPr>
        <w:name w:val="4967DE460C6443308A7478911AF379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221E36-8D3C-4053-AB64-E7C9023A9647}"/>
      </w:docPartPr>
      <w:docPartBody>
        <w:p w:rsidR="00672A1A" w:rsidRDefault="00806E74" w:rsidP="00806E74">
          <w:pPr>
            <w:pStyle w:val="4967DE460C6443308A7478911AF3793336"/>
          </w:pPr>
          <w:r>
            <w:rPr>
              <w:i/>
              <w:color w:val="666666"/>
            </w:rPr>
            <w:t>[Въведете Вашия отговор тук.]</w:t>
          </w:r>
        </w:p>
      </w:docPartBody>
    </w:docPart>
    <w:docPart>
      <w:docPartPr>
        <w:name w:val="11BEBEC5429A4FAEAA9CC16C60597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52EB79-E4B6-4527-9E6C-76DBA7A59933}"/>
      </w:docPartPr>
      <w:docPartBody>
        <w:p w:rsidR="00672A1A" w:rsidRDefault="00806E74" w:rsidP="00806E74">
          <w:pPr>
            <w:pStyle w:val="11BEBEC5429A4FAEAA9CC16C605979A744"/>
          </w:pPr>
          <w:r>
            <w:rPr>
              <w:i/>
              <w:color w:val="666666"/>
            </w:rPr>
            <w:t>[Въведете точното наименование от приложение № 2иб.]</w:t>
          </w:r>
        </w:p>
      </w:docPartBody>
    </w:docPart>
    <w:docPart>
      <w:docPartPr>
        <w:name w:val="56B681DAE2364EB38F3A7F7C80ED33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755794-1FA6-4F04-9019-1F304B7F2C3E}"/>
      </w:docPartPr>
      <w:docPartBody>
        <w:p w:rsidR="00672A1A" w:rsidRDefault="00806E74" w:rsidP="00806E74">
          <w:pPr>
            <w:pStyle w:val="56B681DAE2364EB38F3A7F7C80ED33CE44"/>
          </w:pPr>
          <w:r>
            <w:rPr>
              <w:i/>
              <w:color w:val="666666"/>
            </w:rPr>
            <w:t>[Оставете празно, ако за новия проект още няма определен номер.]</w:t>
          </w:r>
        </w:p>
      </w:docPartBody>
    </w:docPart>
    <w:docPart>
      <w:docPartPr>
        <w:name w:val="C0F36BF3DFBC4D528D1A2A5ABEC63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800749-2E39-441B-B35E-F508C9E005C8}"/>
      </w:docPartPr>
      <w:docPartBody>
        <w:p w:rsidR="00672A1A" w:rsidRDefault="00806E74" w:rsidP="00806E74">
          <w:pPr>
            <w:pStyle w:val="C0F36BF3DFBC4D528D1A2A5ABEC6333644"/>
          </w:pPr>
          <w:r>
            <w:rPr>
              <w:i/>
              <w:color w:val="666666"/>
            </w:rPr>
            <w:t>[Изберете от списъка.]</w:t>
          </w:r>
        </w:p>
      </w:docPartBody>
    </w:docPart>
    <w:docPart>
      <w:docPartPr>
        <w:name w:val="D24FDE17599C426CB6A932665086A4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A34332-2B36-4B94-BC99-307E7306F893}"/>
      </w:docPartPr>
      <w:docPartBody>
        <w:p w:rsidR="00672A1A" w:rsidRDefault="00806E74" w:rsidP="00806E74">
          <w:pPr>
            <w:pStyle w:val="D24FDE17599C426CB6A932665086A4A427"/>
          </w:pPr>
          <w:r>
            <w:rPr>
              <w:i/>
              <w:color w:val="666666"/>
            </w:rPr>
            <w:t>[Въведете всеки обект на отделен ред.]</w:t>
          </w:r>
        </w:p>
      </w:docPartBody>
    </w:docPart>
    <w:docPart>
      <w:docPartPr>
        <w:name w:val="C099396EAFFE47AD862FCF721AF6D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29481A-8008-4FBE-B81C-1FA92BCB85B1}"/>
      </w:docPartPr>
      <w:docPartBody>
        <w:p w:rsidR="00672A1A" w:rsidRDefault="00806E74" w:rsidP="00806E74">
          <w:pPr>
            <w:pStyle w:val="C099396EAFFE47AD862FCF721AF6D2A628"/>
          </w:pPr>
          <w:r>
            <w:rPr>
              <w:i/>
              <w:color w:val="666666"/>
            </w:rPr>
            <w:t>[Въведете Вашия отговор тук.]</w:t>
          </w:r>
        </w:p>
      </w:docPartBody>
    </w:docPart>
    <w:docPart>
      <w:docPartPr>
        <w:name w:val="7FC3E48E1995447EA1AC1FF32891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D7AF19-3600-4712-BD3D-9E6859B80664}"/>
      </w:docPartPr>
      <w:docPartBody>
        <w:p w:rsidR="00672A1A" w:rsidRDefault="00806E74" w:rsidP="00806E74">
          <w:pPr>
            <w:pStyle w:val="7FC3E48E1995447EA1AC1FF328916DA328"/>
          </w:pPr>
          <w:r>
            <w:rPr>
              <w:i/>
              <w:color w:val="666666"/>
            </w:rPr>
            <w:t>[Въведете точното наименование от приложение № 2ив.]</w:t>
          </w:r>
        </w:p>
      </w:docPartBody>
    </w:docPart>
    <w:docPart>
      <w:docPartPr>
        <w:name w:val="25BE760B5C8C4D85907A2075E89A77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D68F4A-4AD8-4C5A-9386-9F7C7D5D43D7}"/>
      </w:docPartPr>
      <w:docPartBody>
        <w:p w:rsidR="00672A1A" w:rsidRDefault="00806E74" w:rsidP="00806E74">
          <w:pPr>
            <w:pStyle w:val="25BE760B5C8C4D85907A2075E89A777B28"/>
          </w:pPr>
          <w:r>
            <w:rPr>
              <w:i/>
              <w:color w:val="666666"/>
            </w:rPr>
            <w:t>[Въведете Вашия отговор тук.]</w:t>
          </w:r>
        </w:p>
      </w:docPartBody>
    </w:docPart>
    <w:docPart>
      <w:docPartPr>
        <w:name w:val="C6CC12900CC44F3D9DE77A7B79B94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615B76-DD4F-4ABC-9767-0844C70770B2}"/>
      </w:docPartPr>
      <w:docPartBody>
        <w:p w:rsidR="00672A1A" w:rsidRDefault="00806E74" w:rsidP="00806E74">
          <w:pPr>
            <w:pStyle w:val="C6CC12900CC44F3D9DE77A7B79B945BA22"/>
          </w:pPr>
          <w:r>
            <w:rPr>
              <w:i/>
              <w:color w:val="666666"/>
            </w:rPr>
            <w:t>[Въведете точното наименование от приложение № 2ив.]</w:t>
          </w:r>
        </w:p>
      </w:docPartBody>
    </w:docPart>
    <w:docPart>
      <w:docPartPr>
        <w:name w:val="9276950CE76A4F81AA02A207525E76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8EFA7-0620-4A84-874D-41F399200DDF}"/>
      </w:docPartPr>
      <w:docPartBody>
        <w:p w:rsidR="00672A1A" w:rsidRDefault="00806E74" w:rsidP="00806E74">
          <w:pPr>
            <w:pStyle w:val="9276950CE76A4F81AA02A207525E768E20"/>
          </w:pPr>
          <w:r>
            <w:rPr>
              <w:i/>
              <w:color w:val="666666"/>
            </w:rPr>
            <w:t>[Оставете празно, ако за новия проект още няма определен номер.]</w:t>
          </w:r>
        </w:p>
      </w:docPartBody>
    </w:docPart>
    <w:docPart>
      <w:docPartPr>
        <w:name w:val="A02CA2F3EFBB42589FF5E1473E96B1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62954E-8BFF-492F-875A-78C1FA346FDA}"/>
      </w:docPartPr>
      <w:docPartBody>
        <w:p w:rsidR="00672A1A" w:rsidRDefault="00806E74" w:rsidP="00806E74">
          <w:pPr>
            <w:pStyle w:val="A02CA2F3EFBB42589FF5E1473E96B16520"/>
          </w:pPr>
          <w:r>
            <w:rPr>
              <w:i/>
              <w:color w:val="666666"/>
            </w:rPr>
            <w:t>[Изберете от списъка.]</w:t>
          </w:r>
        </w:p>
      </w:docPartBody>
    </w:docPart>
    <w:docPart>
      <w:docPartPr>
        <w:name w:val="11AC0A73B3B24AC0A4C7E900D9B0D6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A7EBB3-160F-4470-BA6D-61675184A8F9}"/>
      </w:docPartPr>
      <w:docPartBody>
        <w:p w:rsidR="00672A1A" w:rsidRDefault="00806E74" w:rsidP="00806E74">
          <w:pPr>
            <w:pStyle w:val="11AC0A73B3B24AC0A4C7E900D9B0D64420"/>
          </w:pPr>
          <w:r>
            <w:rPr>
              <w:i/>
              <w:color w:val="666666"/>
            </w:rPr>
            <w:t>[Въведете всеки обект на отделен ред.]</w:t>
          </w:r>
        </w:p>
      </w:docPartBody>
    </w:docPart>
    <w:docPart>
      <w:docPartPr>
        <w:name w:val="1081C10B906640AD8164D231C603E8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BA3240-5107-4CF3-BFC2-34FDFFFC91A5}"/>
      </w:docPartPr>
      <w:docPartBody>
        <w:p w:rsidR="00DB0C18" w:rsidRDefault="00806E74" w:rsidP="00806E74">
          <w:pPr>
            <w:pStyle w:val="1081C10B906640AD8164D231C603E8EF3"/>
          </w:pPr>
          <w:r>
            <w:rPr>
              <w:i/>
              <w:color w:val="666666"/>
            </w:rPr>
            <w:t>[Въведете Вашия отговор тук.]</w:t>
          </w:r>
        </w:p>
      </w:docPartBody>
    </w:docPart>
    <w:docPart>
      <w:docPartPr>
        <w:name w:val="CCB6C57723794F528EE6C2A28FA51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97694B-75C1-4155-8A47-6C2190388677}"/>
      </w:docPartPr>
      <w:docPartBody>
        <w:p w:rsidR="00DB0C18" w:rsidRDefault="00806E74" w:rsidP="00806E74">
          <w:pPr>
            <w:pStyle w:val="CCB6C57723794F528EE6C2A28FA5154C3"/>
          </w:pPr>
          <w:r>
            <w:rPr>
              <w:i/>
              <w:color w:val="666666"/>
            </w:rPr>
            <w:t>[Въведете Вашия отговор тук.]</w:t>
          </w:r>
        </w:p>
      </w:docPartBody>
    </w:docPart>
    <w:docPart>
      <w:docPartPr>
        <w:name w:val="6B16F0D001D04B089D872B0D515E5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D0A9BF-7BC8-4DC7-9F1A-ED712FEBF343}"/>
      </w:docPartPr>
      <w:docPartBody>
        <w:p w:rsidR="007839AB" w:rsidRDefault="00806E74" w:rsidP="00806E74">
          <w:pPr>
            <w:pStyle w:val="6B16F0D001D04B089D872B0D515E5E733"/>
          </w:pPr>
          <w:r>
            <w:rPr>
              <w:i/>
              <w:color w:val="666666"/>
            </w:rPr>
            <w:t>[Въведете пълното наименование.]</w:t>
          </w:r>
        </w:p>
      </w:docPartBody>
    </w:docPart>
    <w:docPart>
      <w:docPartPr>
        <w:name w:val="36F8860CB0FC4508844000ACDB486C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842E74-4F36-47B2-9DCA-6784805B98E8}"/>
      </w:docPartPr>
      <w:docPartBody>
        <w:p w:rsidR="00F544DA" w:rsidRDefault="00806E74" w:rsidP="00806E74">
          <w:pPr>
            <w:pStyle w:val="36F8860CB0FC4508844000ACDB486C101"/>
          </w:pPr>
          <w:r>
            <w:rPr>
              <w:i/>
              <w:color w:val="666666"/>
            </w:rPr>
            <w:t>[Моля въведете тук резултатите от проведеното проучване на всички други възможни източници.]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404"/>
    <w:rsid w:val="00134463"/>
    <w:rsid w:val="001C1713"/>
    <w:rsid w:val="003D68B6"/>
    <w:rsid w:val="00635306"/>
    <w:rsid w:val="00672A1A"/>
    <w:rsid w:val="007839AB"/>
    <w:rsid w:val="007B6AAE"/>
    <w:rsid w:val="00806E74"/>
    <w:rsid w:val="008F7C86"/>
    <w:rsid w:val="00A76E2A"/>
    <w:rsid w:val="00AB51E7"/>
    <w:rsid w:val="00B540DB"/>
    <w:rsid w:val="00C03404"/>
    <w:rsid w:val="00C11E62"/>
    <w:rsid w:val="00DB0C18"/>
    <w:rsid w:val="00DD1BF2"/>
    <w:rsid w:val="00F54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353143B004D4555AF8CEEFC94D19627">
    <w:name w:val="1353143B004D4555AF8CEEFC94D19627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">
    <w:name w:val="D93005B02706493BA9B6D81D00B0F9EC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B58DED94A810430CA640DC3E26E6BB99">
    <w:name w:val="B58DED94A810430CA640DC3E26E6BB99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E1590A1253A54EC799F18A3569026B14">
    <w:name w:val="E1590A1253A54EC799F18A3569026B14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7AC26D324389480B9F99152C72372426">
    <w:name w:val="7AC26D324389480B9F99152C72372426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D37AC2EC2B847A3BCAE88FD97054065">
    <w:name w:val="DD37AC2EC2B847A3BCAE88FD97054065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F7AF2641E79642008319647841204390">
    <w:name w:val="F7AF2641E79642008319647841204390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FA736517CD67408D96DA88AA0C222CA9">
    <w:name w:val="FA736517CD67408D96DA88AA0C222CA9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6FC1AC8BE5BC45368C45D54FFE9C2802">
    <w:name w:val="6FC1AC8BE5BC45368C45D54FFE9C2802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4A8C99C924FA43B299A0E486B89D9596">
    <w:name w:val="4A8C99C924FA43B299A0E486B89D9596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10942C64BC41ED8D8837352D059E99">
    <w:name w:val="C410942C64BC41ED8D8837352D059E99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8738B9900DC476D9ED371D4F0394297">
    <w:name w:val="88738B9900DC476D9ED371D4F0394297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330E07DB57094CF29CB00DD0808B9A56">
    <w:name w:val="330E07DB57094CF29CB00DD0808B9A56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B21DB44BDC247D7B19C2A6FFA653BE1">
    <w:name w:val="5B21DB44BDC247D7B19C2A6FFA653BE1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1BEBEC5429A4FAEAA9CC16C605979A7">
    <w:name w:val="11BEBEC5429A4FAEAA9CC16C605979A7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">
    <w:name w:val="56B681DAE2364EB38F3A7F7C80ED33CE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">
    <w:name w:val="C0F36BF3DFBC4D528D1A2A5ABEC63336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806E74"/>
    <w:rPr>
      <w:color w:val="808080"/>
    </w:rPr>
  </w:style>
  <w:style w:type="paragraph" w:customStyle="1" w:styleId="1353143B004D4555AF8CEEFC94D196271">
    <w:name w:val="1353143B004D4555AF8CEEFC94D196271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1">
    <w:name w:val="D93005B02706493BA9B6D81D00B0F9EC1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B58DED94A810430CA640DC3E26E6BB991">
    <w:name w:val="B58DED94A810430CA640DC3E26E6BB991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E1590A1253A54EC799F18A3569026B141">
    <w:name w:val="E1590A1253A54EC799F18A3569026B141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7AC26D324389480B9F99152C723724261">
    <w:name w:val="7AC26D324389480B9F99152C723724261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D37AC2EC2B847A3BCAE88FD970540651">
    <w:name w:val="DD37AC2EC2B847A3BCAE88FD970540651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F7AF2641E796420083196478412043901">
    <w:name w:val="F7AF2641E796420083196478412043901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FA736517CD67408D96DA88AA0C222CA91">
    <w:name w:val="FA736517CD67408D96DA88AA0C222CA91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6FC1AC8BE5BC45368C45D54FFE9C28021">
    <w:name w:val="6FC1AC8BE5BC45368C45D54FFE9C28021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4A8C99C924FA43B299A0E486B89D95961">
    <w:name w:val="4A8C99C924FA43B299A0E486B89D95961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10942C64BC41ED8D8837352D059E991">
    <w:name w:val="C410942C64BC41ED8D8837352D059E991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8738B9900DC476D9ED371D4F03942971">
    <w:name w:val="88738B9900DC476D9ED371D4F03942971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330E07DB57094CF29CB00DD0808B9A561">
    <w:name w:val="330E07DB57094CF29CB00DD0808B9A561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B21DB44BDC247D7B19C2A6FFA653BE11">
    <w:name w:val="5B21DB44BDC247D7B19C2A6FFA653BE11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1BEBEC5429A4FAEAA9CC16C605979A71">
    <w:name w:val="11BEBEC5429A4FAEAA9CC16C605979A71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1">
    <w:name w:val="56B681DAE2364EB38F3A7F7C80ED33CE1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1">
    <w:name w:val="C0F36BF3DFBC4D528D1A2A5ABEC633361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353143B004D4555AF8CEEFC94D196272">
    <w:name w:val="1353143B004D4555AF8CEEFC94D196272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2">
    <w:name w:val="D93005B02706493BA9B6D81D00B0F9EC2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B58DED94A810430CA640DC3E26E6BB992">
    <w:name w:val="B58DED94A810430CA640DC3E26E6BB992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E1590A1253A54EC799F18A3569026B142">
    <w:name w:val="E1590A1253A54EC799F18A3569026B142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7AC26D324389480B9F99152C723724262">
    <w:name w:val="7AC26D324389480B9F99152C723724262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D37AC2EC2B847A3BCAE88FD970540652">
    <w:name w:val="DD37AC2EC2B847A3BCAE88FD970540652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F7AF2641E796420083196478412043902">
    <w:name w:val="F7AF2641E796420083196478412043902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FA736517CD67408D96DA88AA0C222CA92">
    <w:name w:val="FA736517CD67408D96DA88AA0C222CA92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6FC1AC8BE5BC45368C45D54FFE9C28022">
    <w:name w:val="6FC1AC8BE5BC45368C45D54FFE9C28022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4A8C99C924FA43B299A0E486B89D95962">
    <w:name w:val="4A8C99C924FA43B299A0E486B89D95962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10942C64BC41ED8D8837352D059E992">
    <w:name w:val="C410942C64BC41ED8D8837352D059E992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8738B9900DC476D9ED371D4F03942972">
    <w:name w:val="88738B9900DC476D9ED371D4F03942972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330E07DB57094CF29CB00DD0808B9A562">
    <w:name w:val="330E07DB57094CF29CB00DD0808B9A562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B21DB44BDC247D7B19C2A6FFA653BE12">
    <w:name w:val="5B21DB44BDC247D7B19C2A6FFA653BE12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1BEBEC5429A4FAEAA9CC16C605979A72">
    <w:name w:val="11BEBEC5429A4FAEAA9CC16C605979A72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2">
    <w:name w:val="56B681DAE2364EB38F3A7F7C80ED33CE2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2">
    <w:name w:val="C0F36BF3DFBC4D528D1A2A5ABEC633362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353143B004D4555AF8CEEFC94D196273">
    <w:name w:val="1353143B004D4555AF8CEEFC94D196273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3">
    <w:name w:val="D93005B02706493BA9B6D81D00B0F9EC3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">
    <w:name w:val="87C354981AAE465FA18C79EB14440706"/>
    <w:rsid w:val="00C03404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3">
    <w:name w:val="B58DED94A810430CA640DC3E26E6BB993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E1590A1253A54EC799F18A3569026B143">
    <w:name w:val="E1590A1253A54EC799F18A3569026B143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7AC26D324389480B9F99152C723724263">
    <w:name w:val="7AC26D324389480B9F99152C723724263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D37AC2EC2B847A3BCAE88FD970540653">
    <w:name w:val="DD37AC2EC2B847A3BCAE88FD970540653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F7AF2641E796420083196478412043903">
    <w:name w:val="F7AF2641E796420083196478412043903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FA736517CD67408D96DA88AA0C222CA93">
    <w:name w:val="FA736517CD67408D96DA88AA0C222CA93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6FC1AC8BE5BC45368C45D54FFE9C28023">
    <w:name w:val="6FC1AC8BE5BC45368C45D54FFE9C28023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4A8C99C924FA43B299A0E486B89D95963">
    <w:name w:val="4A8C99C924FA43B299A0E486B89D95963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10942C64BC41ED8D8837352D059E993">
    <w:name w:val="C410942C64BC41ED8D8837352D059E993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8738B9900DC476D9ED371D4F03942973">
    <w:name w:val="88738B9900DC476D9ED371D4F03942973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330E07DB57094CF29CB00DD0808B9A563">
    <w:name w:val="330E07DB57094CF29CB00DD0808B9A563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B21DB44BDC247D7B19C2A6FFA653BE13">
    <w:name w:val="5B21DB44BDC247D7B19C2A6FFA653BE13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1BEBEC5429A4FAEAA9CC16C605979A73">
    <w:name w:val="11BEBEC5429A4FAEAA9CC16C605979A73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3">
    <w:name w:val="56B681DAE2364EB38F3A7F7C80ED33CE3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3">
    <w:name w:val="C0F36BF3DFBC4D528D1A2A5ABEC633363"/>
    <w:rsid w:val="00C03404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353143B004D4555AF8CEEFC94D196274">
    <w:name w:val="1353143B004D4555AF8CEEFC94D196274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4">
    <w:name w:val="D93005B02706493BA9B6D81D00B0F9EC4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1">
    <w:name w:val="87C354981AAE465FA18C79EB144407061"/>
    <w:rsid w:val="0013446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">
    <w:name w:val="F2A560853AEB42C4825830FD658104B8"/>
    <w:rsid w:val="0013446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4">
    <w:name w:val="B58DED94A810430CA640DC3E26E6BB994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E1590A1253A54EC799F18A3569026B144">
    <w:name w:val="E1590A1253A54EC799F18A3569026B144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7AC26D324389480B9F99152C723724264">
    <w:name w:val="7AC26D324389480B9F99152C723724264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D37AC2EC2B847A3BCAE88FD970540654">
    <w:name w:val="DD37AC2EC2B847A3BCAE88FD970540654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F7AF2641E796420083196478412043904">
    <w:name w:val="F7AF2641E796420083196478412043904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FA736517CD67408D96DA88AA0C222CA94">
    <w:name w:val="FA736517CD67408D96DA88AA0C222CA94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6FC1AC8BE5BC45368C45D54FFE9C28024">
    <w:name w:val="6FC1AC8BE5BC45368C45D54FFE9C28024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4A8C99C924FA43B299A0E486B89D95964">
    <w:name w:val="4A8C99C924FA43B299A0E486B89D95964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10942C64BC41ED8D8837352D059E994">
    <w:name w:val="C410942C64BC41ED8D8837352D059E994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8738B9900DC476D9ED371D4F03942974">
    <w:name w:val="88738B9900DC476D9ED371D4F03942974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330E07DB57094CF29CB00DD0808B9A564">
    <w:name w:val="330E07DB57094CF29CB00DD0808B9A564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B21DB44BDC247D7B19C2A6FFA653BE14">
    <w:name w:val="5B21DB44BDC247D7B19C2A6FFA653BE14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1BEBEC5429A4FAEAA9CC16C605979A74">
    <w:name w:val="11BEBEC5429A4FAEAA9CC16C605979A74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4">
    <w:name w:val="56B681DAE2364EB38F3A7F7C80ED33CE4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4">
    <w:name w:val="C0F36BF3DFBC4D528D1A2A5ABEC633364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353143B004D4555AF8CEEFC94D196275">
    <w:name w:val="1353143B004D4555AF8CEEFC94D196275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5">
    <w:name w:val="D93005B02706493BA9B6D81D00B0F9EC5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2">
    <w:name w:val="87C354981AAE465FA18C79EB144407062"/>
    <w:rsid w:val="0013446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1">
    <w:name w:val="F2A560853AEB42C4825830FD658104B81"/>
    <w:rsid w:val="0013446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5">
    <w:name w:val="B58DED94A810430CA640DC3E26E6BB995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E1590A1253A54EC799F18A3569026B145">
    <w:name w:val="E1590A1253A54EC799F18A3569026B145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7AC26D324389480B9F99152C723724265">
    <w:name w:val="7AC26D324389480B9F99152C723724265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D37AC2EC2B847A3BCAE88FD970540655">
    <w:name w:val="DD37AC2EC2B847A3BCAE88FD970540655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F7AF2641E796420083196478412043905">
    <w:name w:val="F7AF2641E796420083196478412043905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FA736517CD67408D96DA88AA0C222CA95">
    <w:name w:val="FA736517CD67408D96DA88AA0C222CA95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6FC1AC8BE5BC45368C45D54FFE9C28025">
    <w:name w:val="6FC1AC8BE5BC45368C45D54FFE9C28025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4A8C99C924FA43B299A0E486B89D95965">
    <w:name w:val="4A8C99C924FA43B299A0E486B89D95965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10942C64BC41ED8D8837352D059E995">
    <w:name w:val="C410942C64BC41ED8D8837352D059E995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8738B9900DC476D9ED371D4F03942975">
    <w:name w:val="88738B9900DC476D9ED371D4F03942975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330E07DB57094CF29CB00DD0808B9A565">
    <w:name w:val="330E07DB57094CF29CB00DD0808B9A565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B21DB44BDC247D7B19C2A6FFA653BE15">
    <w:name w:val="5B21DB44BDC247D7B19C2A6FFA653BE15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1BEBEC5429A4FAEAA9CC16C605979A75">
    <w:name w:val="11BEBEC5429A4FAEAA9CC16C605979A75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5">
    <w:name w:val="56B681DAE2364EB38F3A7F7C80ED33CE5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5">
    <w:name w:val="C0F36BF3DFBC4D528D1A2A5ABEC633365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353143B004D4555AF8CEEFC94D196276">
    <w:name w:val="1353143B004D4555AF8CEEFC94D196276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6">
    <w:name w:val="D93005B02706493BA9B6D81D00B0F9EC6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3">
    <w:name w:val="87C354981AAE465FA18C79EB144407063"/>
    <w:rsid w:val="0013446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2">
    <w:name w:val="F2A560853AEB42C4825830FD658104B82"/>
    <w:rsid w:val="0013446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6">
    <w:name w:val="B58DED94A810430CA640DC3E26E6BB996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E1590A1253A54EC799F18A3569026B146">
    <w:name w:val="E1590A1253A54EC799F18A3569026B146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FA736517CD67408D96DA88AA0C222CA96">
    <w:name w:val="FA736517CD67408D96DA88AA0C222CA96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6FC1AC8BE5BC45368C45D54FFE9C28026">
    <w:name w:val="6FC1AC8BE5BC45368C45D54FFE9C28026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4A8C99C924FA43B299A0E486B89D95966">
    <w:name w:val="4A8C99C924FA43B299A0E486B89D95966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10942C64BC41ED8D8837352D059E996">
    <w:name w:val="C410942C64BC41ED8D8837352D059E996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8738B9900DC476D9ED371D4F03942976">
    <w:name w:val="88738B9900DC476D9ED371D4F03942976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330E07DB57094CF29CB00DD0808B9A566">
    <w:name w:val="330E07DB57094CF29CB00DD0808B9A566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B21DB44BDC247D7B19C2A6FFA653BE16">
    <w:name w:val="5B21DB44BDC247D7B19C2A6FFA653BE16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1BEBEC5429A4FAEAA9CC16C605979A76">
    <w:name w:val="11BEBEC5429A4FAEAA9CC16C605979A76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6">
    <w:name w:val="56B681DAE2364EB38F3A7F7C80ED33CE6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6">
    <w:name w:val="C0F36BF3DFBC4D528D1A2A5ABEC633366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353143B004D4555AF8CEEFC94D196277">
    <w:name w:val="1353143B004D4555AF8CEEFC94D196277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7">
    <w:name w:val="D93005B02706493BA9B6D81D00B0F9EC7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4">
    <w:name w:val="87C354981AAE465FA18C79EB144407064"/>
    <w:rsid w:val="0013446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3">
    <w:name w:val="F2A560853AEB42C4825830FD658104B83"/>
    <w:rsid w:val="0013446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7">
    <w:name w:val="B58DED94A810430CA640DC3E26E6BB997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E1590A1253A54EC799F18A3569026B147">
    <w:name w:val="E1590A1253A54EC799F18A3569026B147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7F73044394984176A537D2BC7FBDB2C7">
    <w:name w:val="7F73044394984176A537D2BC7FBDB2C7"/>
    <w:rsid w:val="0013446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7">
    <w:name w:val="FA736517CD67408D96DA88AA0C222CA97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6FC1AC8BE5BC45368C45D54FFE9C28027">
    <w:name w:val="6FC1AC8BE5BC45368C45D54FFE9C28027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4A8C99C924FA43B299A0E486B89D95967">
    <w:name w:val="4A8C99C924FA43B299A0E486B89D95967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10942C64BC41ED8D8837352D059E997">
    <w:name w:val="C410942C64BC41ED8D8837352D059E997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8738B9900DC476D9ED371D4F03942977">
    <w:name w:val="88738B9900DC476D9ED371D4F03942977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330E07DB57094CF29CB00DD0808B9A567">
    <w:name w:val="330E07DB57094CF29CB00DD0808B9A567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B21DB44BDC247D7B19C2A6FFA653BE17">
    <w:name w:val="5B21DB44BDC247D7B19C2A6FFA653BE17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1BEBEC5429A4FAEAA9CC16C605979A77">
    <w:name w:val="11BEBEC5429A4FAEAA9CC16C605979A77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7">
    <w:name w:val="56B681DAE2364EB38F3A7F7C80ED33CE7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7">
    <w:name w:val="C0F36BF3DFBC4D528D1A2A5ABEC633367"/>
    <w:rsid w:val="0013446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353143B004D4555AF8CEEFC94D196278">
    <w:name w:val="1353143B004D4555AF8CEEFC94D196278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8">
    <w:name w:val="D93005B02706493BA9B6D81D00B0F9EC8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5">
    <w:name w:val="87C354981AAE465FA18C79EB144407065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4">
    <w:name w:val="F2A560853AEB42C4825830FD658104B84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8">
    <w:name w:val="B58DED94A810430CA640DC3E26E6BB998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E1590A1253A54EC799F18A3569026B148">
    <w:name w:val="E1590A1253A54EC799F18A3569026B148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984624A7CB7F47E29B89176015CFA4AA">
    <w:name w:val="984624A7CB7F47E29B89176015CFA4AA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D7255E9DC0E40ECBC260DDFB15DCCF0">
    <w:name w:val="1D7255E9DC0E40ECBC260DDFB15DCCF0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E098AB024CC43DC8419593A0AF1A17C">
    <w:name w:val="2E098AB024CC43DC8419593A0AF1A17C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0AD52106A5B2480BB6F32CCADE5F6E92">
    <w:name w:val="0AD52106A5B2480BB6F32CCADE5F6E92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8F02C69C45C4C96A393EF5039F9CEF9">
    <w:name w:val="18F02C69C45C4C96A393EF5039F9CEF9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73044394984176A537D2BC7FBDB2C71">
    <w:name w:val="7F73044394984176A537D2BC7FBDB2C7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972A797B7225468894A635D224C29625">
    <w:name w:val="972A797B7225468894A635D224C29625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8">
    <w:name w:val="FA736517CD67408D96DA88AA0C222CA98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6FC1AC8BE5BC45368C45D54FFE9C28028">
    <w:name w:val="6FC1AC8BE5BC45368C45D54FFE9C28028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600F21A1D3484C8C76CE46E1CE1047">
    <w:name w:val="C4600F21A1D3484C8C76CE46E1CE1047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1995259DEBC4A378EEC37A75C79515B">
    <w:name w:val="71995259DEBC4A378EEC37A75C79515B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D13C6D369684081B5BFDCEA011A0AF3">
    <w:name w:val="ED13C6D369684081B5BFDCEA011A0AF3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51DA0B5078F49CA9FD7BCC206ACF430">
    <w:name w:val="351DA0B5078F49CA9FD7BCC206ACF430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36D54A268FF45B5AA732FD462CD3B7A">
    <w:name w:val="E36D54A268FF45B5AA732FD462CD3B7A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967DE460C6443308A7478911AF37933">
    <w:name w:val="4967DE460C6443308A7478911AF37933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30E07DB57094CF29CB00DD0808B9A568">
    <w:name w:val="330E07DB57094CF29CB00DD0808B9A568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B21DB44BDC247D7B19C2A6FFA653BE18">
    <w:name w:val="5B21DB44BDC247D7B19C2A6FFA653BE18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1BEBEC5429A4FAEAA9CC16C605979A78">
    <w:name w:val="11BEBEC5429A4FAEAA9CC16C605979A78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8">
    <w:name w:val="56B681DAE2364EB38F3A7F7C80ED33CE8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8">
    <w:name w:val="C0F36BF3DFBC4D528D1A2A5ABEC633368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353143B004D4555AF8CEEFC94D196279">
    <w:name w:val="1353143B004D4555AF8CEEFC94D196279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9">
    <w:name w:val="D93005B02706493BA9B6D81D00B0F9EC9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6">
    <w:name w:val="87C354981AAE465FA18C79EB144407066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5">
    <w:name w:val="F2A560853AEB42C4825830FD658104B85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9">
    <w:name w:val="B58DED94A810430CA640DC3E26E6BB999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E1590A1253A54EC799F18A3569026B149">
    <w:name w:val="E1590A1253A54EC799F18A3569026B149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984624A7CB7F47E29B89176015CFA4AA1">
    <w:name w:val="984624A7CB7F47E29B89176015CFA4AA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D7255E9DC0E40ECBC260DDFB15DCCF01">
    <w:name w:val="1D7255E9DC0E40ECBC260DDFB15DCCF0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E098AB024CC43DC8419593A0AF1A17C1">
    <w:name w:val="2E098AB024CC43DC8419593A0AF1A17C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0AD52106A5B2480BB6F32CCADE5F6E921">
    <w:name w:val="0AD52106A5B2480BB6F32CCADE5F6E92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8F02C69C45C4C96A393EF5039F9CEF91">
    <w:name w:val="18F02C69C45C4C96A393EF5039F9CEF9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73044394984176A537D2BC7FBDB2C72">
    <w:name w:val="7F73044394984176A537D2BC7FBDB2C72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972A797B7225468894A635D224C296251">
    <w:name w:val="972A797B7225468894A635D224C29625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9">
    <w:name w:val="FA736517CD67408D96DA88AA0C222CA99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6FC1AC8BE5BC45368C45D54FFE9C28029">
    <w:name w:val="6FC1AC8BE5BC45368C45D54FFE9C28029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600F21A1D3484C8C76CE46E1CE10471">
    <w:name w:val="C4600F21A1D3484C8C76CE46E1CE1047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1995259DEBC4A378EEC37A75C79515B1">
    <w:name w:val="71995259DEBC4A378EEC37A75C79515B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D13C6D369684081B5BFDCEA011A0AF31">
    <w:name w:val="ED13C6D369684081B5BFDCEA011A0AF3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51DA0B5078F49CA9FD7BCC206ACF4301">
    <w:name w:val="351DA0B5078F49CA9FD7BCC206ACF430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36D54A268FF45B5AA732FD462CD3B7A1">
    <w:name w:val="E36D54A268FF45B5AA732FD462CD3B7A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967DE460C6443308A7478911AF379331">
    <w:name w:val="4967DE460C6443308A7478911AF37933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30E07DB57094CF29CB00DD0808B9A569">
    <w:name w:val="330E07DB57094CF29CB00DD0808B9A569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B21DB44BDC247D7B19C2A6FFA653BE19">
    <w:name w:val="5B21DB44BDC247D7B19C2A6FFA653BE19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1BEBEC5429A4FAEAA9CC16C605979A79">
    <w:name w:val="11BEBEC5429A4FAEAA9CC16C605979A79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9">
    <w:name w:val="56B681DAE2364EB38F3A7F7C80ED33CE9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9">
    <w:name w:val="C0F36BF3DFBC4D528D1A2A5ABEC633369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353143B004D4555AF8CEEFC94D1962710">
    <w:name w:val="1353143B004D4555AF8CEEFC94D1962710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10">
    <w:name w:val="D93005B02706493BA9B6D81D00B0F9EC10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7">
    <w:name w:val="87C354981AAE465FA18C79EB144407067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6">
    <w:name w:val="F2A560853AEB42C4825830FD658104B86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10">
    <w:name w:val="B58DED94A810430CA640DC3E26E6BB9910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E1590A1253A54EC799F18A3569026B1410">
    <w:name w:val="E1590A1253A54EC799F18A3569026B1410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984624A7CB7F47E29B89176015CFA4AA2">
    <w:name w:val="984624A7CB7F47E29B89176015CFA4AA2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D7255E9DC0E40ECBC260DDFB15DCCF02">
    <w:name w:val="1D7255E9DC0E40ECBC260DDFB15DCCF02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E098AB024CC43DC8419593A0AF1A17C2">
    <w:name w:val="2E098AB024CC43DC8419593A0AF1A17C2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0AD52106A5B2480BB6F32CCADE5F6E922">
    <w:name w:val="0AD52106A5B2480BB6F32CCADE5F6E922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8F02C69C45C4C96A393EF5039F9CEF92">
    <w:name w:val="18F02C69C45C4C96A393EF5039F9CEF92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73044394984176A537D2BC7FBDB2C73">
    <w:name w:val="7F73044394984176A537D2BC7FBDB2C73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972A797B7225468894A635D224C296252">
    <w:name w:val="972A797B7225468894A635D224C296252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10">
    <w:name w:val="FA736517CD67408D96DA88AA0C222CA910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6FC1AC8BE5BC45368C45D54FFE9C280210">
    <w:name w:val="6FC1AC8BE5BC45368C45D54FFE9C280210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600F21A1D3484C8C76CE46E1CE10472">
    <w:name w:val="C4600F21A1D3484C8C76CE46E1CE10472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1995259DEBC4A378EEC37A75C79515B2">
    <w:name w:val="71995259DEBC4A378EEC37A75C79515B2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D13C6D369684081B5BFDCEA011A0AF32">
    <w:name w:val="ED13C6D369684081B5BFDCEA011A0AF32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51DA0B5078F49CA9FD7BCC206ACF4302">
    <w:name w:val="351DA0B5078F49CA9FD7BCC206ACF4302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36D54A268FF45B5AA732FD462CD3B7A2">
    <w:name w:val="E36D54A268FF45B5AA732FD462CD3B7A2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967DE460C6443308A7478911AF379332">
    <w:name w:val="4967DE460C6443308A7478911AF379332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30E07DB57094CF29CB00DD0808B9A5610">
    <w:name w:val="330E07DB57094CF29CB00DD0808B9A5610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B21DB44BDC247D7B19C2A6FFA653BE110">
    <w:name w:val="5B21DB44BDC247D7B19C2A6FFA653BE110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1BEBEC5429A4FAEAA9CC16C605979A710">
    <w:name w:val="11BEBEC5429A4FAEAA9CC16C605979A710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10">
    <w:name w:val="56B681DAE2364EB38F3A7F7C80ED33CE10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10">
    <w:name w:val="C0F36BF3DFBC4D528D1A2A5ABEC6333610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242B9816FC34AEA8FDF11EF84AA2191">
    <w:name w:val="8242B9816FC34AEA8FDF11EF84AA2191"/>
    <w:rsid w:val="001C1713"/>
  </w:style>
  <w:style w:type="paragraph" w:customStyle="1" w:styleId="1353143B004D4555AF8CEEFC94D1962711">
    <w:name w:val="1353143B004D4555AF8CEEFC94D1962711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11">
    <w:name w:val="D93005B02706493BA9B6D81D00B0F9EC11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8">
    <w:name w:val="87C354981AAE465FA18C79EB144407068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7">
    <w:name w:val="F2A560853AEB42C4825830FD658104B87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11">
    <w:name w:val="B58DED94A810430CA640DC3E26E6BB9911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E1590A1253A54EC799F18A3569026B1411">
    <w:name w:val="E1590A1253A54EC799F18A3569026B1411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984624A7CB7F47E29B89176015CFA4AA3">
    <w:name w:val="984624A7CB7F47E29B89176015CFA4AA3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D7255E9DC0E40ECBC260DDFB15DCCF03">
    <w:name w:val="1D7255E9DC0E40ECBC260DDFB15DCCF03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E098AB024CC43DC8419593A0AF1A17C3">
    <w:name w:val="2E098AB024CC43DC8419593A0AF1A17C3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0AD52106A5B2480BB6F32CCADE5F6E923">
    <w:name w:val="0AD52106A5B2480BB6F32CCADE5F6E923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8F02C69C45C4C96A393EF5039F9CEF93">
    <w:name w:val="18F02C69C45C4C96A393EF5039F9CEF93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73044394984176A537D2BC7FBDB2C74">
    <w:name w:val="7F73044394984176A537D2BC7FBDB2C74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972A797B7225468894A635D224C296253">
    <w:name w:val="972A797B7225468894A635D224C296253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11">
    <w:name w:val="FA736517CD67408D96DA88AA0C222CA911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6FC1AC8BE5BC45368C45D54FFE9C280211">
    <w:name w:val="6FC1AC8BE5BC45368C45D54FFE9C280211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600F21A1D3484C8C76CE46E1CE10473">
    <w:name w:val="C4600F21A1D3484C8C76CE46E1CE10473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1995259DEBC4A378EEC37A75C79515B3">
    <w:name w:val="71995259DEBC4A378EEC37A75C79515B3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D13C6D369684081B5BFDCEA011A0AF33">
    <w:name w:val="ED13C6D369684081B5BFDCEA011A0AF33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51DA0B5078F49CA9FD7BCC206ACF4303">
    <w:name w:val="351DA0B5078F49CA9FD7BCC206ACF4303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36D54A268FF45B5AA732FD462CD3B7A3">
    <w:name w:val="E36D54A268FF45B5AA732FD462CD3B7A3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967DE460C6443308A7478911AF379333">
    <w:name w:val="4967DE460C6443308A7478911AF379333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30E07DB57094CF29CB00DD0808B9A5611">
    <w:name w:val="330E07DB57094CF29CB00DD0808B9A5611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1BEBEC5429A4FAEAA9CC16C605979A711">
    <w:name w:val="11BEBEC5429A4FAEAA9CC16C605979A711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11">
    <w:name w:val="56B681DAE2364EB38F3A7F7C80ED33CE11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11">
    <w:name w:val="C0F36BF3DFBC4D528D1A2A5ABEC6333611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353143B004D4555AF8CEEFC94D1962712">
    <w:name w:val="1353143B004D4555AF8CEEFC94D1962712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12">
    <w:name w:val="D93005B02706493BA9B6D81D00B0F9EC12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9">
    <w:name w:val="87C354981AAE465FA18C79EB144407069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8">
    <w:name w:val="F2A560853AEB42C4825830FD658104B88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12">
    <w:name w:val="B58DED94A810430CA640DC3E26E6BB9912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E1590A1253A54EC799F18A3569026B1412">
    <w:name w:val="E1590A1253A54EC799F18A3569026B1412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984624A7CB7F47E29B89176015CFA4AA4">
    <w:name w:val="984624A7CB7F47E29B89176015CFA4AA4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D7255E9DC0E40ECBC260DDFB15DCCF04">
    <w:name w:val="1D7255E9DC0E40ECBC260DDFB15DCCF04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E098AB024CC43DC8419593A0AF1A17C4">
    <w:name w:val="2E098AB024CC43DC8419593A0AF1A17C4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0AD52106A5B2480BB6F32CCADE5F6E924">
    <w:name w:val="0AD52106A5B2480BB6F32CCADE5F6E924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8F02C69C45C4C96A393EF5039F9CEF94">
    <w:name w:val="18F02C69C45C4C96A393EF5039F9CEF94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73044394984176A537D2BC7FBDB2C75">
    <w:name w:val="7F73044394984176A537D2BC7FBDB2C75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972A797B7225468894A635D224C296254">
    <w:name w:val="972A797B7225468894A635D224C296254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12">
    <w:name w:val="FA736517CD67408D96DA88AA0C222CA912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6FC1AC8BE5BC45368C45D54FFE9C280212">
    <w:name w:val="6FC1AC8BE5BC45368C45D54FFE9C280212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600F21A1D3484C8C76CE46E1CE10474">
    <w:name w:val="C4600F21A1D3484C8C76CE46E1CE10474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1995259DEBC4A378EEC37A75C79515B4">
    <w:name w:val="71995259DEBC4A378EEC37A75C79515B4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D13C6D369684081B5BFDCEA011A0AF34">
    <w:name w:val="ED13C6D369684081B5BFDCEA011A0AF34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51DA0B5078F49CA9FD7BCC206ACF4304">
    <w:name w:val="351DA0B5078F49CA9FD7BCC206ACF4304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36D54A268FF45B5AA732FD462CD3B7A4">
    <w:name w:val="E36D54A268FF45B5AA732FD462CD3B7A4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967DE460C6443308A7478911AF379334">
    <w:name w:val="4967DE460C6443308A7478911AF379334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30E07DB57094CF29CB00DD0808B9A5612">
    <w:name w:val="330E07DB57094CF29CB00DD0808B9A5612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1BEBEC5429A4FAEAA9CC16C605979A712">
    <w:name w:val="11BEBEC5429A4FAEAA9CC16C605979A712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12">
    <w:name w:val="56B681DAE2364EB38F3A7F7C80ED33CE12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12">
    <w:name w:val="C0F36BF3DFBC4D528D1A2A5ABEC6333612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353143B004D4555AF8CEEFC94D1962713">
    <w:name w:val="1353143B004D4555AF8CEEFC94D1962713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13">
    <w:name w:val="D93005B02706493BA9B6D81D00B0F9EC13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10">
    <w:name w:val="87C354981AAE465FA18C79EB1444070610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9">
    <w:name w:val="F2A560853AEB42C4825830FD658104B89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13">
    <w:name w:val="B58DED94A810430CA640DC3E26E6BB9913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E1590A1253A54EC799F18A3569026B1413">
    <w:name w:val="E1590A1253A54EC799F18A3569026B1413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984624A7CB7F47E29B89176015CFA4AA5">
    <w:name w:val="984624A7CB7F47E29B89176015CFA4AA5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D7255E9DC0E40ECBC260DDFB15DCCF05">
    <w:name w:val="1D7255E9DC0E40ECBC260DDFB15DCCF05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E098AB024CC43DC8419593A0AF1A17C5">
    <w:name w:val="2E098AB024CC43DC8419593A0AF1A17C5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0AD52106A5B2480BB6F32CCADE5F6E925">
    <w:name w:val="0AD52106A5B2480BB6F32CCADE5F6E925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8F02C69C45C4C96A393EF5039F9CEF95">
    <w:name w:val="18F02C69C45C4C96A393EF5039F9CEF95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73044394984176A537D2BC7FBDB2C76">
    <w:name w:val="7F73044394984176A537D2BC7FBDB2C76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972A797B7225468894A635D224C296255">
    <w:name w:val="972A797B7225468894A635D224C296255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13">
    <w:name w:val="FA736517CD67408D96DA88AA0C222CA913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6FC1AC8BE5BC45368C45D54FFE9C280213">
    <w:name w:val="6FC1AC8BE5BC45368C45D54FFE9C280213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600F21A1D3484C8C76CE46E1CE10475">
    <w:name w:val="C4600F21A1D3484C8C76CE46E1CE10475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1995259DEBC4A378EEC37A75C79515B5">
    <w:name w:val="71995259DEBC4A378EEC37A75C79515B5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D13C6D369684081B5BFDCEA011A0AF35">
    <w:name w:val="ED13C6D369684081B5BFDCEA011A0AF35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51DA0B5078F49CA9FD7BCC206ACF4305">
    <w:name w:val="351DA0B5078F49CA9FD7BCC206ACF4305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36D54A268FF45B5AA732FD462CD3B7A5">
    <w:name w:val="E36D54A268FF45B5AA732FD462CD3B7A5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967DE460C6443308A7478911AF379335">
    <w:name w:val="4967DE460C6443308A7478911AF379335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30E07DB57094CF29CB00DD0808B9A5613">
    <w:name w:val="330E07DB57094CF29CB00DD0808B9A5613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1BEBEC5429A4FAEAA9CC16C605979A713">
    <w:name w:val="11BEBEC5429A4FAEAA9CC16C605979A713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13">
    <w:name w:val="56B681DAE2364EB38F3A7F7C80ED33CE13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13">
    <w:name w:val="C0F36BF3DFBC4D528D1A2A5ABEC6333613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353143B004D4555AF8CEEFC94D1962714">
    <w:name w:val="1353143B004D4555AF8CEEFC94D1962714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14">
    <w:name w:val="D93005B02706493BA9B6D81D00B0F9EC14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11">
    <w:name w:val="87C354981AAE465FA18C79EB144407061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10">
    <w:name w:val="F2A560853AEB42C4825830FD658104B810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14">
    <w:name w:val="B58DED94A810430CA640DC3E26E6BB9914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E1590A1253A54EC799F18A3569026B1414">
    <w:name w:val="E1590A1253A54EC799F18A3569026B1414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984624A7CB7F47E29B89176015CFA4AA6">
    <w:name w:val="984624A7CB7F47E29B89176015CFA4AA6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D7255E9DC0E40ECBC260DDFB15DCCF06">
    <w:name w:val="1D7255E9DC0E40ECBC260DDFB15DCCF06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E098AB024CC43DC8419593A0AF1A17C6">
    <w:name w:val="2E098AB024CC43DC8419593A0AF1A17C6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0AD52106A5B2480BB6F32CCADE5F6E926">
    <w:name w:val="0AD52106A5B2480BB6F32CCADE5F6E926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8F02C69C45C4C96A393EF5039F9CEF96">
    <w:name w:val="18F02C69C45C4C96A393EF5039F9CEF96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73044394984176A537D2BC7FBDB2C77">
    <w:name w:val="7F73044394984176A537D2BC7FBDB2C77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972A797B7225468894A635D224C296256">
    <w:name w:val="972A797B7225468894A635D224C296256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14">
    <w:name w:val="FA736517CD67408D96DA88AA0C222CA914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6FC1AC8BE5BC45368C45D54FFE9C280214">
    <w:name w:val="6FC1AC8BE5BC45368C45D54FFE9C280214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600F21A1D3484C8C76CE46E1CE10476">
    <w:name w:val="C4600F21A1D3484C8C76CE46E1CE10476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1995259DEBC4A378EEC37A75C79515B6">
    <w:name w:val="71995259DEBC4A378EEC37A75C79515B6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D13C6D369684081B5BFDCEA011A0AF36">
    <w:name w:val="ED13C6D369684081B5BFDCEA011A0AF36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51DA0B5078F49CA9FD7BCC206ACF4306">
    <w:name w:val="351DA0B5078F49CA9FD7BCC206ACF4306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36D54A268FF45B5AA732FD462CD3B7A6">
    <w:name w:val="E36D54A268FF45B5AA732FD462CD3B7A6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967DE460C6443308A7478911AF379336">
    <w:name w:val="4967DE460C6443308A7478911AF379336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30E07DB57094CF29CB00DD0808B9A5614">
    <w:name w:val="330E07DB57094CF29CB00DD0808B9A5614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242B9816FC34AEA8FDF11EF84AA21911">
    <w:name w:val="8242B9816FC34AEA8FDF11EF84AA2191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1BEBEC5429A4FAEAA9CC16C605979A714">
    <w:name w:val="11BEBEC5429A4FAEAA9CC16C605979A714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14">
    <w:name w:val="56B681DAE2364EB38F3A7F7C80ED33CE14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14">
    <w:name w:val="C0F36BF3DFBC4D528D1A2A5ABEC6333614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353143B004D4555AF8CEEFC94D1962715">
    <w:name w:val="1353143B004D4555AF8CEEFC94D1962715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15">
    <w:name w:val="D93005B02706493BA9B6D81D00B0F9EC15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12">
    <w:name w:val="87C354981AAE465FA18C79EB1444070612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11">
    <w:name w:val="F2A560853AEB42C4825830FD658104B81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6D4AE1A4D474F84836D626B2B11C245">
    <w:name w:val="16D4AE1A4D474F84836D626B2B11C245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15">
    <w:name w:val="B58DED94A810430CA640DC3E26E6BB9915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E1590A1253A54EC799F18A3569026B1415">
    <w:name w:val="E1590A1253A54EC799F18A3569026B1415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984624A7CB7F47E29B89176015CFA4AA7">
    <w:name w:val="984624A7CB7F47E29B89176015CFA4AA7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D7255E9DC0E40ECBC260DDFB15DCCF07">
    <w:name w:val="1D7255E9DC0E40ECBC260DDFB15DCCF07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E098AB024CC43DC8419593A0AF1A17C7">
    <w:name w:val="2E098AB024CC43DC8419593A0AF1A17C7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0AD52106A5B2480BB6F32CCADE5F6E927">
    <w:name w:val="0AD52106A5B2480BB6F32CCADE5F6E927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8F02C69C45C4C96A393EF5039F9CEF97">
    <w:name w:val="18F02C69C45C4C96A393EF5039F9CEF97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73044394984176A537D2BC7FBDB2C78">
    <w:name w:val="7F73044394984176A537D2BC7FBDB2C78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972A797B7225468894A635D224C296257">
    <w:name w:val="972A797B7225468894A635D224C296257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15">
    <w:name w:val="FA736517CD67408D96DA88AA0C222CA915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6FC1AC8BE5BC45368C45D54FFE9C280215">
    <w:name w:val="6FC1AC8BE5BC45368C45D54FFE9C280215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600F21A1D3484C8C76CE46E1CE10477">
    <w:name w:val="C4600F21A1D3484C8C76CE46E1CE10477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1995259DEBC4A378EEC37A75C79515B7">
    <w:name w:val="71995259DEBC4A378EEC37A75C79515B7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D13C6D369684081B5BFDCEA011A0AF37">
    <w:name w:val="ED13C6D369684081B5BFDCEA011A0AF37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51DA0B5078F49CA9FD7BCC206ACF4307">
    <w:name w:val="351DA0B5078F49CA9FD7BCC206ACF4307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36D54A268FF45B5AA732FD462CD3B7A7">
    <w:name w:val="E36D54A268FF45B5AA732FD462CD3B7A7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967DE460C6443308A7478911AF379337">
    <w:name w:val="4967DE460C6443308A7478911AF379337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30E07DB57094CF29CB00DD0808B9A5615">
    <w:name w:val="330E07DB57094CF29CB00DD0808B9A5615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242B9816FC34AEA8FDF11EF84AA21912">
    <w:name w:val="8242B9816FC34AEA8FDF11EF84AA21912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1BEBEC5429A4FAEAA9CC16C605979A715">
    <w:name w:val="11BEBEC5429A4FAEAA9CC16C605979A715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15">
    <w:name w:val="56B681DAE2364EB38F3A7F7C80ED33CE15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15">
    <w:name w:val="C0F36BF3DFBC4D528D1A2A5ABEC6333615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353143B004D4555AF8CEEFC94D1962716">
    <w:name w:val="1353143B004D4555AF8CEEFC94D1962716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16">
    <w:name w:val="D93005B02706493BA9B6D81D00B0F9EC16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13">
    <w:name w:val="87C354981AAE465FA18C79EB1444070613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12">
    <w:name w:val="F2A560853AEB42C4825830FD658104B812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6D4AE1A4D474F84836D626B2B11C2451">
    <w:name w:val="16D4AE1A4D474F84836D626B2B11C245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16">
    <w:name w:val="B58DED94A810430CA640DC3E26E6BB9916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984624A7CB7F47E29B89176015CFA4AA8">
    <w:name w:val="984624A7CB7F47E29B89176015CFA4AA8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D7255E9DC0E40ECBC260DDFB15DCCF08">
    <w:name w:val="1D7255E9DC0E40ECBC260DDFB15DCCF08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E098AB024CC43DC8419593A0AF1A17C8">
    <w:name w:val="2E098AB024CC43DC8419593A0AF1A17C8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0AD52106A5B2480BB6F32CCADE5F6E928">
    <w:name w:val="0AD52106A5B2480BB6F32CCADE5F6E928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8F02C69C45C4C96A393EF5039F9CEF98">
    <w:name w:val="18F02C69C45C4C96A393EF5039F9CEF98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73044394984176A537D2BC7FBDB2C79">
    <w:name w:val="7F73044394984176A537D2BC7FBDB2C79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972A797B7225468894A635D224C296258">
    <w:name w:val="972A797B7225468894A635D224C296258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16">
    <w:name w:val="FA736517CD67408D96DA88AA0C222CA916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600F21A1D3484C8C76CE46E1CE10478">
    <w:name w:val="C4600F21A1D3484C8C76CE46E1CE10478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1995259DEBC4A378EEC37A75C79515B8">
    <w:name w:val="71995259DEBC4A378EEC37A75C79515B8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D13C6D369684081B5BFDCEA011A0AF38">
    <w:name w:val="ED13C6D369684081B5BFDCEA011A0AF38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51DA0B5078F49CA9FD7BCC206ACF4308">
    <w:name w:val="351DA0B5078F49CA9FD7BCC206ACF4308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36D54A268FF45B5AA732FD462CD3B7A8">
    <w:name w:val="E36D54A268FF45B5AA732FD462CD3B7A8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967DE460C6443308A7478911AF379338">
    <w:name w:val="4967DE460C6443308A7478911AF379338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30E07DB57094CF29CB00DD0808B9A5616">
    <w:name w:val="330E07DB57094CF29CB00DD0808B9A5616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242B9816FC34AEA8FDF11EF84AA21913">
    <w:name w:val="8242B9816FC34AEA8FDF11EF84AA21913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1BEBEC5429A4FAEAA9CC16C605979A716">
    <w:name w:val="11BEBEC5429A4FAEAA9CC16C605979A716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16">
    <w:name w:val="56B681DAE2364EB38F3A7F7C80ED33CE16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16">
    <w:name w:val="C0F36BF3DFBC4D528D1A2A5ABEC6333616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99396EAFFE47AD862FCF721AF6D2A6">
    <w:name w:val="C099396EAFFE47AD862FCF721AF6D2A6"/>
    <w:rsid w:val="001C1713"/>
  </w:style>
  <w:style w:type="paragraph" w:customStyle="1" w:styleId="FBF60DEBC22147F29CA71A8F5BCB17F4">
    <w:name w:val="FBF60DEBC22147F29CA71A8F5BCB17F4"/>
    <w:rsid w:val="001C1713"/>
  </w:style>
  <w:style w:type="paragraph" w:customStyle="1" w:styleId="7FC3E48E1995447EA1AC1FF328916DA3">
    <w:name w:val="7FC3E48E1995447EA1AC1FF328916DA3"/>
    <w:rsid w:val="001C1713"/>
  </w:style>
  <w:style w:type="paragraph" w:customStyle="1" w:styleId="25BE760B5C8C4D85907A2075E89A777B">
    <w:name w:val="25BE760B5C8C4D85907A2075E89A777B"/>
    <w:rsid w:val="001C1713"/>
  </w:style>
  <w:style w:type="paragraph" w:customStyle="1" w:styleId="776108DD7711498CB25BF608012A8A4E">
    <w:name w:val="776108DD7711498CB25BF608012A8A4E"/>
    <w:rsid w:val="001C1713"/>
  </w:style>
  <w:style w:type="paragraph" w:customStyle="1" w:styleId="1353143B004D4555AF8CEEFC94D1962717">
    <w:name w:val="1353143B004D4555AF8CEEFC94D1962717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17">
    <w:name w:val="D93005B02706493BA9B6D81D00B0F9EC17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14">
    <w:name w:val="87C354981AAE465FA18C79EB1444070614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13">
    <w:name w:val="F2A560853AEB42C4825830FD658104B813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6D4AE1A4D474F84836D626B2B11C2452">
    <w:name w:val="16D4AE1A4D474F84836D626B2B11C2452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17">
    <w:name w:val="B58DED94A810430CA640DC3E26E6BB9917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984624A7CB7F47E29B89176015CFA4AA9">
    <w:name w:val="984624A7CB7F47E29B89176015CFA4AA9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D7255E9DC0E40ECBC260DDFB15DCCF09">
    <w:name w:val="1D7255E9DC0E40ECBC260DDFB15DCCF09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E098AB024CC43DC8419593A0AF1A17C9">
    <w:name w:val="2E098AB024CC43DC8419593A0AF1A17C9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0AD52106A5B2480BB6F32CCADE5F6E929">
    <w:name w:val="0AD52106A5B2480BB6F32CCADE5F6E929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8F02C69C45C4C96A393EF5039F9CEF99">
    <w:name w:val="18F02C69C45C4C96A393EF5039F9CEF99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73044394984176A537D2BC7FBDB2C710">
    <w:name w:val="7F73044394984176A537D2BC7FBDB2C710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972A797B7225468894A635D224C296259">
    <w:name w:val="972A797B7225468894A635D224C296259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17">
    <w:name w:val="FA736517CD67408D96DA88AA0C222CA917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600F21A1D3484C8C76CE46E1CE10479">
    <w:name w:val="C4600F21A1D3484C8C76CE46E1CE10479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1995259DEBC4A378EEC37A75C79515B9">
    <w:name w:val="71995259DEBC4A378EEC37A75C79515B9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D13C6D369684081B5BFDCEA011A0AF39">
    <w:name w:val="ED13C6D369684081B5BFDCEA011A0AF39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51DA0B5078F49CA9FD7BCC206ACF4309">
    <w:name w:val="351DA0B5078F49CA9FD7BCC206ACF4309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36D54A268FF45B5AA732FD462CD3B7A9">
    <w:name w:val="E36D54A268FF45B5AA732FD462CD3B7A9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967DE460C6443308A7478911AF379339">
    <w:name w:val="4967DE460C6443308A7478911AF379339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30E07DB57094CF29CB00DD0808B9A5617">
    <w:name w:val="330E07DB57094CF29CB00DD0808B9A5617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99396EAFFE47AD862FCF721AF6D2A61">
    <w:name w:val="C099396EAFFE47AD862FCF721AF6D2A6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BF60DEBC22147F29CA71A8F5BCB17F41">
    <w:name w:val="FBF60DEBC22147F29CA71A8F5BCB17F4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C3E48E1995447EA1AC1FF328916DA31">
    <w:name w:val="7FC3E48E1995447EA1AC1FF328916DA3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5BE760B5C8C4D85907A2075E89A777B1">
    <w:name w:val="25BE760B5C8C4D85907A2075E89A777B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76108DD7711498CB25BF608012A8A4E1">
    <w:name w:val="776108DD7711498CB25BF608012A8A4E1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1BEBEC5429A4FAEAA9CC16C605979A717">
    <w:name w:val="11BEBEC5429A4FAEAA9CC16C605979A717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17">
    <w:name w:val="56B681DAE2364EB38F3A7F7C80ED33CE17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17">
    <w:name w:val="C0F36BF3DFBC4D528D1A2A5ABEC6333617"/>
    <w:rsid w:val="001C1713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24FDE17599C426CB6A932665086A4A4">
    <w:name w:val="D24FDE17599C426CB6A932665086A4A4"/>
    <w:rsid w:val="001C1713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353143B004D4555AF8CEEFC94D1962718">
    <w:name w:val="1353143B004D4555AF8CEEFC94D1962718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18">
    <w:name w:val="D93005B02706493BA9B6D81D00B0F9EC18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15">
    <w:name w:val="87C354981AAE465FA18C79EB1444070615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14">
    <w:name w:val="F2A560853AEB42C4825830FD658104B81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6D4AE1A4D474F84836D626B2B11C2453">
    <w:name w:val="16D4AE1A4D474F84836D626B2B11C2453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18">
    <w:name w:val="B58DED94A810430CA640DC3E26E6BB9918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984624A7CB7F47E29B89176015CFA4AA10">
    <w:name w:val="984624A7CB7F47E29B89176015CFA4AA10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D7255E9DC0E40ECBC260DDFB15DCCF010">
    <w:name w:val="1D7255E9DC0E40ECBC260DDFB15DCCF010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E098AB024CC43DC8419593A0AF1A17C10">
    <w:name w:val="2E098AB024CC43DC8419593A0AF1A17C10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0AD52106A5B2480BB6F32CCADE5F6E9210">
    <w:name w:val="0AD52106A5B2480BB6F32CCADE5F6E9210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8F02C69C45C4C96A393EF5039F9CEF910">
    <w:name w:val="18F02C69C45C4C96A393EF5039F9CEF910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73044394984176A537D2BC7FBDB2C711">
    <w:name w:val="7F73044394984176A537D2BC7FBDB2C711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972A797B7225468894A635D224C2962510">
    <w:name w:val="972A797B7225468894A635D224C2962510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18">
    <w:name w:val="FA736517CD67408D96DA88AA0C222CA918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600F21A1D3484C8C76CE46E1CE104710">
    <w:name w:val="C4600F21A1D3484C8C76CE46E1CE104710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1995259DEBC4A378EEC37A75C79515B10">
    <w:name w:val="71995259DEBC4A378EEC37A75C79515B10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D13C6D369684081B5BFDCEA011A0AF310">
    <w:name w:val="ED13C6D369684081B5BFDCEA011A0AF310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51DA0B5078F49CA9FD7BCC206ACF43010">
    <w:name w:val="351DA0B5078F49CA9FD7BCC206ACF43010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36D54A268FF45B5AA732FD462CD3B7A10">
    <w:name w:val="E36D54A268FF45B5AA732FD462CD3B7A10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967DE460C6443308A7478911AF3793310">
    <w:name w:val="4967DE460C6443308A7478911AF3793310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30E07DB57094CF29CB00DD0808B9A5618">
    <w:name w:val="330E07DB57094CF29CB00DD0808B9A5618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99396EAFFE47AD862FCF721AF6D2A62">
    <w:name w:val="C099396EAFFE47AD862FCF721AF6D2A62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BF60DEBC22147F29CA71A8F5BCB17F42">
    <w:name w:val="FBF60DEBC22147F29CA71A8F5BCB17F42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C3E48E1995447EA1AC1FF328916DA32">
    <w:name w:val="7FC3E48E1995447EA1AC1FF328916DA32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5BE760B5C8C4D85907A2075E89A777B2">
    <w:name w:val="25BE760B5C8C4D85907A2075E89A777B2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76108DD7711498CB25BF608012A8A4E2">
    <w:name w:val="776108DD7711498CB25BF608012A8A4E2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1BEBEC5429A4FAEAA9CC16C605979A718">
    <w:name w:val="11BEBEC5429A4FAEAA9CC16C605979A718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18">
    <w:name w:val="56B681DAE2364EB38F3A7F7C80ED33CE18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18">
    <w:name w:val="C0F36BF3DFBC4D528D1A2A5ABEC6333618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24FDE17599C426CB6A932665086A4A41">
    <w:name w:val="D24FDE17599C426CB6A932665086A4A41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353143B004D4555AF8CEEFC94D1962719">
    <w:name w:val="1353143B004D4555AF8CEEFC94D1962719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19">
    <w:name w:val="D93005B02706493BA9B6D81D00B0F9EC19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16">
    <w:name w:val="87C354981AAE465FA18C79EB1444070616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15">
    <w:name w:val="F2A560853AEB42C4825830FD658104B815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6D4AE1A4D474F84836D626B2B11C2454">
    <w:name w:val="16D4AE1A4D474F84836D626B2B11C245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19">
    <w:name w:val="B58DED94A810430CA640DC3E26E6BB9919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984624A7CB7F47E29B89176015CFA4AA11">
    <w:name w:val="984624A7CB7F47E29B89176015CFA4AA11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D7255E9DC0E40ECBC260DDFB15DCCF011">
    <w:name w:val="1D7255E9DC0E40ECBC260DDFB15DCCF011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E098AB024CC43DC8419593A0AF1A17C11">
    <w:name w:val="2E098AB024CC43DC8419593A0AF1A17C11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0AD52106A5B2480BB6F32CCADE5F6E9211">
    <w:name w:val="0AD52106A5B2480BB6F32CCADE5F6E9211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8F02C69C45C4C96A393EF5039F9CEF911">
    <w:name w:val="18F02C69C45C4C96A393EF5039F9CEF911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73044394984176A537D2BC7FBDB2C712">
    <w:name w:val="7F73044394984176A537D2BC7FBDB2C712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972A797B7225468894A635D224C2962511">
    <w:name w:val="972A797B7225468894A635D224C2962511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19">
    <w:name w:val="FA736517CD67408D96DA88AA0C222CA919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600F21A1D3484C8C76CE46E1CE104711">
    <w:name w:val="C4600F21A1D3484C8C76CE46E1CE104711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1995259DEBC4A378EEC37A75C79515B11">
    <w:name w:val="71995259DEBC4A378EEC37A75C79515B11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D13C6D369684081B5BFDCEA011A0AF311">
    <w:name w:val="ED13C6D369684081B5BFDCEA011A0AF311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51DA0B5078F49CA9FD7BCC206ACF43011">
    <w:name w:val="351DA0B5078F49CA9FD7BCC206ACF43011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36D54A268FF45B5AA732FD462CD3B7A11">
    <w:name w:val="E36D54A268FF45B5AA732FD462CD3B7A11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967DE460C6443308A7478911AF3793311">
    <w:name w:val="4967DE460C6443308A7478911AF3793311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30E07DB57094CF29CB00DD0808B9A5619">
    <w:name w:val="330E07DB57094CF29CB00DD0808B9A5619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99396EAFFE47AD862FCF721AF6D2A63">
    <w:name w:val="C099396EAFFE47AD862FCF721AF6D2A63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BF60DEBC22147F29CA71A8F5BCB17F43">
    <w:name w:val="FBF60DEBC22147F29CA71A8F5BCB17F43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C3E48E1995447EA1AC1FF328916DA33">
    <w:name w:val="7FC3E48E1995447EA1AC1FF328916DA33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5BE760B5C8C4D85907A2075E89A777B3">
    <w:name w:val="25BE760B5C8C4D85907A2075E89A777B3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76108DD7711498CB25BF608012A8A4E3">
    <w:name w:val="776108DD7711498CB25BF608012A8A4E3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1BEBEC5429A4FAEAA9CC16C605979A719">
    <w:name w:val="11BEBEC5429A4FAEAA9CC16C605979A719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19">
    <w:name w:val="56B681DAE2364EB38F3A7F7C80ED33CE19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19">
    <w:name w:val="C0F36BF3DFBC4D528D1A2A5ABEC6333619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24FDE17599C426CB6A932665086A4A42">
    <w:name w:val="D24FDE17599C426CB6A932665086A4A42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353143B004D4555AF8CEEFC94D1962720">
    <w:name w:val="1353143B004D4555AF8CEEFC94D1962720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20">
    <w:name w:val="D93005B02706493BA9B6D81D00B0F9EC20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17">
    <w:name w:val="87C354981AAE465FA18C79EB1444070617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16">
    <w:name w:val="F2A560853AEB42C4825830FD658104B816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6D4AE1A4D474F84836D626B2B11C2455">
    <w:name w:val="16D4AE1A4D474F84836D626B2B11C2455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20">
    <w:name w:val="B58DED94A810430CA640DC3E26E6BB9920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984624A7CB7F47E29B89176015CFA4AA12">
    <w:name w:val="984624A7CB7F47E29B89176015CFA4AA12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D7255E9DC0E40ECBC260DDFB15DCCF012">
    <w:name w:val="1D7255E9DC0E40ECBC260DDFB15DCCF012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E098AB024CC43DC8419593A0AF1A17C12">
    <w:name w:val="2E098AB024CC43DC8419593A0AF1A17C12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0AD52106A5B2480BB6F32CCADE5F6E9212">
    <w:name w:val="0AD52106A5B2480BB6F32CCADE5F6E9212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8F02C69C45C4C96A393EF5039F9CEF912">
    <w:name w:val="18F02C69C45C4C96A393EF5039F9CEF912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73044394984176A537D2BC7FBDB2C713">
    <w:name w:val="7F73044394984176A537D2BC7FBDB2C713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972A797B7225468894A635D224C2962512">
    <w:name w:val="972A797B7225468894A635D224C2962512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20">
    <w:name w:val="FA736517CD67408D96DA88AA0C222CA920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600F21A1D3484C8C76CE46E1CE104712">
    <w:name w:val="C4600F21A1D3484C8C76CE46E1CE104712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1995259DEBC4A378EEC37A75C79515B12">
    <w:name w:val="71995259DEBC4A378EEC37A75C79515B12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D13C6D369684081B5BFDCEA011A0AF312">
    <w:name w:val="ED13C6D369684081B5BFDCEA011A0AF312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51DA0B5078F49CA9FD7BCC206ACF43012">
    <w:name w:val="351DA0B5078F49CA9FD7BCC206ACF43012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36D54A268FF45B5AA732FD462CD3B7A12">
    <w:name w:val="E36D54A268FF45B5AA732FD462CD3B7A12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967DE460C6443308A7478911AF3793312">
    <w:name w:val="4967DE460C6443308A7478911AF3793312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30E07DB57094CF29CB00DD0808B9A5620">
    <w:name w:val="330E07DB57094CF29CB00DD0808B9A5620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99396EAFFE47AD862FCF721AF6D2A64">
    <w:name w:val="C099396EAFFE47AD862FCF721AF6D2A6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BF60DEBC22147F29CA71A8F5BCB17F44">
    <w:name w:val="FBF60DEBC22147F29CA71A8F5BCB17F4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C3E48E1995447EA1AC1FF328916DA34">
    <w:name w:val="7FC3E48E1995447EA1AC1FF328916DA3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5BE760B5C8C4D85907A2075E89A777B4">
    <w:name w:val="25BE760B5C8C4D85907A2075E89A777B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76108DD7711498CB25BF608012A8A4E4">
    <w:name w:val="776108DD7711498CB25BF608012A8A4E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1BEBEC5429A4FAEAA9CC16C605979A720">
    <w:name w:val="11BEBEC5429A4FAEAA9CC16C605979A720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20">
    <w:name w:val="56B681DAE2364EB38F3A7F7C80ED33CE20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20">
    <w:name w:val="C0F36BF3DFBC4D528D1A2A5ABEC6333620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24FDE17599C426CB6A932665086A4A43">
    <w:name w:val="D24FDE17599C426CB6A932665086A4A43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CE4112E04356493EB98DB83B7A7E5942">
    <w:name w:val="CE4112E04356493EB98DB83B7A7E5942"/>
    <w:rsid w:val="008F7C86"/>
  </w:style>
  <w:style w:type="paragraph" w:customStyle="1" w:styleId="1353143B004D4555AF8CEEFC94D1962721">
    <w:name w:val="1353143B004D4555AF8CEEFC94D1962721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21">
    <w:name w:val="D93005B02706493BA9B6D81D00B0F9EC21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18">
    <w:name w:val="87C354981AAE465FA18C79EB1444070618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17">
    <w:name w:val="F2A560853AEB42C4825830FD658104B817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21">
    <w:name w:val="B58DED94A810430CA640DC3E26E6BB9921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984624A7CB7F47E29B89176015CFA4AA13">
    <w:name w:val="984624A7CB7F47E29B89176015CFA4AA13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D7255E9DC0E40ECBC260DDFB15DCCF013">
    <w:name w:val="1D7255E9DC0E40ECBC260DDFB15DCCF013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E098AB024CC43DC8419593A0AF1A17C13">
    <w:name w:val="2E098AB024CC43DC8419593A0AF1A17C13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0AD52106A5B2480BB6F32CCADE5F6E9213">
    <w:name w:val="0AD52106A5B2480BB6F32CCADE5F6E9213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8F02C69C45C4C96A393EF5039F9CEF913">
    <w:name w:val="18F02C69C45C4C96A393EF5039F9CEF913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CE4112E04356493EB98DB83B7A7E59421">
    <w:name w:val="CE4112E04356493EB98DB83B7A7E59421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73044394984176A537D2BC7FBDB2C714">
    <w:name w:val="7F73044394984176A537D2BC7FBDB2C71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972A797B7225468894A635D224C2962513">
    <w:name w:val="972A797B7225468894A635D224C2962513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21">
    <w:name w:val="FA736517CD67408D96DA88AA0C222CA921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600F21A1D3484C8C76CE46E1CE104713">
    <w:name w:val="C4600F21A1D3484C8C76CE46E1CE104713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1995259DEBC4A378EEC37A75C79515B13">
    <w:name w:val="71995259DEBC4A378EEC37A75C79515B13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D13C6D369684081B5BFDCEA011A0AF313">
    <w:name w:val="ED13C6D369684081B5BFDCEA011A0AF313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51DA0B5078F49CA9FD7BCC206ACF43013">
    <w:name w:val="351DA0B5078F49CA9FD7BCC206ACF43013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36D54A268FF45B5AA732FD462CD3B7A13">
    <w:name w:val="E36D54A268FF45B5AA732FD462CD3B7A13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967DE460C6443308A7478911AF3793313">
    <w:name w:val="4967DE460C6443308A7478911AF3793313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30E07DB57094CF29CB00DD0808B9A5621">
    <w:name w:val="330E07DB57094CF29CB00DD0808B9A5621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99396EAFFE47AD862FCF721AF6D2A65">
    <w:name w:val="C099396EAFFE47AD862FCF721AF6D2A65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BF60DEBC22147F29CA71A8F5BCB17F45">
    <w:name w:val="FBF60DEBC22147F29CA71A8F5BCB17F45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C3E48E1995447EA1AC1FF328916DA35">
    <w:name w:val="7FC3E48E1995447EA1AC1FF328916DA35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5BE760B5C8C4D85907A2075E89A777B5">
    <w:name w:val="25BE760B5C8C4D85907A2075E89A777B5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76108DD7711498CB25BF608012A8A4E5">
    <w:name w:val="776108DD7711498CB25BF608012A8A4E5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1BEBEC5429A4FAEAA9CC16C605979A721">
    <w:name w:val="11BEBEC5429A4FAEAA9CC16C605979A721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21">
    <w:name w:val="56B681DAE2364EB38F3A7F7C80ED33CE21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21">
    <w:name w:val="C0F36BF3DFBC4D528D1A2A5ABEC6333621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24FDE17599C426CB6A932665086A4A44">
    <w:name w:val="D24FDE17599C426CB6A932665086A4A4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353143B004D4555AF8CEEFC94D1962722">
    <w:name w:val="1353143B004D4555AF8CEEFC94D1962722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22">
    <w:name w:val="D93005B02706493BA9B6D81D00B0F9EC22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19">
    <w:name w:val="87C354981AAE465FA18C79EB1444070619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18">
    <w:name w:val="F2A560853AEB42C4825830FD658104B818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22">
    <w:name w:val="B58DED94A810430CA640DC3E26E6BB9922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984624A7CB7F47E29B89176015CFA4AA14">
    <w:name w:val="984624A7CB7F47E29B89176015CFA4AA1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D7255E9DC0E40ECBC260DDFB15DCCF014">
    <w:name w:val="1D7255E9DC0E40ECBC260DDFB15DCCF01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E098AB024CC43DC8419593A0AF1A17C14">
    <w:name w:val="2E098AB024CC43DC8419593A0AF1A17C1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0AD52106A5B2480BB6F32CCADE5F6E9214">
    <w:name w:val="0AD52106A5B2480BB6F32CCADE5F6E921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8F02C69C45C4C96A393EF5039F9CEF914">
    <w:name w:val="18F02C69C45C4C96A393EF5039F9CEF91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CE4112E04356493EB98DB83B7A7E59422">
    <w:name w:val="CE4112E04356493EB98DB83B7A7E59422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73044394984176A537D2BC7FBDB2C715">
    <w:name w:val="7F73044394984176A537D2BC7FBDB2C715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972A797B7225468894A635D224C2962514">
    <w:name w:val="972A797B7225468894A635D224C296251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22">
    <w:name w:val="FA736517CD67408D96DA88AA0C222CA922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600F21A1D3484C8C76CE46E1CE104714">
    <w:name w:val="C4600F21A1D3484C8C76CE46E1CE10471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1995259DEBC4A378EEC37A75C79515B14">
    <w:name w:val="71995259DEBC4A378EEC37A75C79515B1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D13C6D369684081B5BFDCEA011A0AF314">
    <w:name w:val="ED13C6D369684081B5BFDCEA011A0AF31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51DA0B5078F49CA9FD7BCC206ACF43014">
    <w:name w:val="351DA0B5078F49CA9FD7BCC206ACF4301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36D54A268FF45B5AA732FD462CD3B7A14">
    <w:name w:val="E36D54A268FF45B5AA732FD462CD3B7A1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967DE460C6443308A7478911AF3793314">
    <w:name w:val="4967DE460C6443308A7478911AF3793314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30E07DB57094CF29CB00DD0808B9A5622">
    <w:name w:val="330E07DB57094CF29CB00DD0808B9A5622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99396EAFFE47AD862FCF721AF6D2A66">
    <w:name w:val="C099396EAFFE47AD862FCF721AF6D2A66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BF60DEBC22147F29CA71A8F5BCB17F46">
    <w:name w:val="FBF60DEBC22147F29CA71A8F5BCB17F46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C3E48E1995447EA1AC1FF328916DA36">
    <w:name w:val="7FC3E48E1995447EA1AC1FF328916DA36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5BE760B5C8C4D85907A2075E89A777B6">
    <w:name w:val="25BE760B5C8C4D85907A2075E89A777B6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76108DD7711498CB25BF608012A8A4E6">
    <w:name w:val="776108DD7711498CB25BF608012A8A4E6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1BEBEC5429A4FAEAA9CC16C605979A722">
    <w:name w:val="11BEBEC5429A4FAEAA9CC16C605979A722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22">
    <w:name w:val="56B681DAE2364EB38F3A7F7C80ED33CE22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22">
    <w:name w:val="C0F36BF3DFBC4D528D1A2A5ABEC6333622"/>
    <w:rsid w:val="008F7C86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24FDE17599C426CB6A932665086A4A45">
    <w:name w:val="D24FDE17599C426CB6A932665086A4A45"/>
    <w:rsid w:val="008F7C86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C1C277514154AB4B92E9588E63FE0D8">
    <w:name w:val="7C1C277514154AB4B92E9588E63FE0D8"/>
    <w:rsid w:val="00AB51E7"/>
  </w:style>
  <w:style w:type="paragraph" w:customStyle="1" w:styleId="61F34BAF439A4943B7A806AD473FBED8">
    <w:name w:val="61F34BAF439A4943B7A806AD473FBED8"/>
    <w:rsid w:val="00AB51E7"/>
  </w:style>
  <w:style w:type="paragraph" w:customStyle="1" w:styleId="C6CC12900CC44F3D9DE77A7B79B945BA">
    <w:name w:val="C6CC12900CC44F3D9DE77A7B79B945BA"/>
    <w:rsid w:val="00AB51E7"/>
  </w:style>
  <w:style w:type="paragraph" w:customStyle="1" w:styleId="C0D1C22BFBB3404ABB03ED03B2E52384">
    <w:name w:val="C0D1C22BFBB3404ABB03ED03B2E52384"/>
    <w:rsid w:val="00AB51E7"/>
  </w:style>
  <w:style w:type="paragraph" w:customStyle="1" w:styleId="1353143B004D4555AF8CEEFC94D1962723">
    <w:name w:val="1353143B004D4555AF8CEEFC94D1962723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23">
    <w:name w:val="D93005B02706493BA9B6D81D00B0F9EC23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20">
    <w:name w:val="87C354981AAE465FA18C79EB1444070620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19">
    <w:name w:val="F2A560853AEB42C4825830FD658104B819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23">
    <w:name w:val="B58DED94A810430CA640DC3E26E6BB9923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984624A7CB7F47E29B89176015CFA4AA15">
    <w:name w:val="984624A7CB7F47E29B89176015CFA4AA15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D7255E9DC0E40ECBC260DDFB15DCCF015">
    <w:name w:val="1D7255E9DC0E40ECBC260DDFB15DCCF015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E098AB024CC43DC8419593A0AF1A17C15">
    <w:name w:val="2E098AB024CC43DC8419593A0AF1A17C15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0AD52106A5B2480BB6F32CCADE5F6E9215">
    <w:name w:val="0AD52106A5B2480BB6F32CCADE5F6E9215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8F02C69C45C4C96A393EF5039F9CEF915">
    <w:name w:val="18F02C69C45C4C96A393EF5039F9CEF915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CE4112E04356493EB98DB83B7A7E59423">
    <w:name w:val="CE4112E04356493EB98DB83B7A7E59423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73044394984176A537D2BC7FBDB2C716">
    <w:name w:val="7F73044394984176A537D2BC7FBDB2C716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23">
    <w:name w:val="FA736517CD67408D96DA88AA0C222CA923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600F21A1D3484C8C76CE46E1CE104715">
    <w:name w:val="C4600F21A1D3484C8C76CE46E1CE104715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1995259DEBC4A378EEC37A75C79515B15">
    <w:name w:val="71995259DEBC4A378EEC37A75C79515B15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D13C6D369684081B5BFDCEA011A0AF315">
    <w:name w:val="ED13C6D369684081B5BFDCEA011A0AF315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51DA0B5078F49CA9FD7BCC206ACF43015">
    <w:name w:val="351DA0B5078F49CA9FD7BCC206ACF43015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36D54A268FF45B5AA732FD462CD3B7A15">
    <w:name w:val="E36D54A268FF45B5AA732FD462CD3B7A15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C1C277514154AB4B92E9588E63FE0D81">
    <w:name w:val="7C1C277514154AB4B92E9588E63FE0D81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967DE460C6443308A7478911AF3793315">
    <w:name w:val="4967DE460C6443308A7478911AF3793315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30E07DB57094CF29CB00DD0808B9A5623">
    <w:name w:val="330E07DB57094CF29CB00DD0808B9A5623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99396EAFFE47AD862FCF721AF6D2A67">
    <w:name w:val="C099396EAFFE47AD862FCF721AF6D2A67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BF60DEBC22147F29CA71A8F5BCB17F47">
    <w:name w:val="FBF60DEBC22147F29CA71A8F5BCB17F47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C3E48E1995447EA1AC1FF328916DA37">
    <w:name w:val="7FC3E48E1995447EA1AC1FF328916DA37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5BE760B5C8C4D85907A2075E89A777B7">
    <w:name w:val="25BE760B5C8C4D85907A2075E89A777B7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C6CC12900CC44F3D9DE77A7B79B945BA1">
    <w:name w:val="C6CC12900CC44F3D9DE77A7B79B945BA1"/>
    <w:rsid w:val="00AB51E7"/>
    <w:pPr>
      <w:keepNext/>
      <w:spacing w:before="140" w:after="40" w:line="240" w:lineRule="auto"/>
    </w:pPr>
    <w:rPr>
      <w:rFonts w:ascii="Calibri" w:hAnsi="Calibri" w:cs="Calibri"/>
      <w:b/>
      <w:color w:val="1F4E78"/>
      <w:sz w:val="21"/>
      <w:lang w:eastAsia="en-US"/>
    </w:rPr>
  </w:style>
  <w:style w:type="paragraph" w:customStyle="1" w:styleId="776108DD7711498CB25BF608012A8A4E7">
    <w:name w:val="776108DD7711498CB25BF608012A8A4E7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1BEBEC5429A4FAEAA9CC16C605979A723">
    <w:name w:val="11BEBEC5429A4FAEAA9CC16C605979A723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23">
    <w:name w:val="56B681DAE2364EB38F3A7F7C80ED33CE23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23">
    <w:name w:val="C0F36BF3DFBC4D528D1A2A5ABEC6333623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24FDE17599C426CB6A932665086A4A46">
    <w:name w:val="D24FDE17599C426CB6A932665086A4A46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353143B004D4555AF8CEEFC94D1962724">
    <w:name w:val="1353143B004D4555AF8CEEFC94D1962724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24">
    <w:name w:val="D93005B02706493BA9B6D81D00B0F9EC24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21">
    <w:name w:val="87C354981AAE465FA18C79EB1444070621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20">
    <w:name w:val="F2A560853AEB42C4825830FD658104B820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24">
    <w:name w:val="B58DED94A810430CA640DC3E26E6BB9924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984624A7CB7F47E29B89176015CFA4AA16">
    <w:name w:val="984624A7CB7F47E29B89176015CFA4AA16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D7255E9DC0E40ECBC260DDFB15DCCF016">
    <w:name w:val="1D7255E9DC0E40ECBC260DDFB15DCCF016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E098AB024CC43DC8419593A0AF1A17C16">
    <w:name w:val="2E098AB024CC43DC8419593A0AF1A17C16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0AD52106A5B2480BB6F32CCADE5F6E9216">
    <w:name w:val="0AD52106A5B2480BB6F32CCADE5F6E9216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8F02C69C45C4C96A393EF5039F9CEF916">
    <w:name w:val="18F02C69C45C4C96A393EF5039F9CEF916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CE4112E04356493EB98DB83B7A7E59424">
    <w:name w:val="CE4112E04356493EB98DB83B7A7E59424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73044394984176A537D2BC7FBDB2C717">
    <w:name w:val="7F73044394984176A537D2BC7FBDB2C717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24">
    <w:name w:val="FA736517CD67408D96DA88AA0C222CA924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600F21A1D3484C8C76CE46E1CE104716">
    <w:name w:val="C4600F21A1D3484C8C76CE46E1CE104716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1995259DEBC4A378EEC37A75C79515B16">
    <w:name w:val="71995259DEBC4A378EEC37A75C79515B16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D13C6D369684081B5BFDCEA011A0AF316">
    <w:name w:val="ED13C6D369684081B5BFDCEA011A0AF316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51DA0B5078F49CA9FD7BCC206ACF43016">
    <w:name w:val="351DA0B5078F49CA9FD7BCC206ACF43016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36D54A268FF45B5AA732FD462CD3B7A16">
    <w:name w:val="E36D54A268FF45B5AA732FD462CD3B7A16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C1C277514154AB4B92E9588E63FE0D82">
    <w:name w:val="7C1C277514154AB4B92E9588E63FE0D82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967DE460C6443308A7478911AF3793316">
    <w:name w:val="4967DE460C6443308A7478911AF3793316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30E07DB57094CF29CB00DD0808B9A5624">
    <w:name w:val="330E07DB57094CF29CB00DD0808B9A5624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99396EAFFE47AD862FCF721AF6D2A68">
    <w:name w:val="C099396EAFFE47AD862FCF721AF6D2A68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BF60DEBC22147F29CA71A8F5BCB17F48">
    <w:name w:val="FBF60DEBC22147F29CA71A8F5BCB17F48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C3E48E1995447EA1AC1FF328916DA38">
    <w:name w:val="7FC3E48E1995447EA1AC1FF328916DA38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5BE760B5C8C4D85907A2075E89A777B8">
    <w:name w:val="25BE760B5C8C4D85907A2075E89A777B8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C6CC12900CC44F3D9DE77A7B79B945BA2">
    <w:name w:val="C6CC12900CC44F3D9DE77A7B79B945BA2"/>
    <w:rsid w:val="00AB51E7"/>
    <w:pPr>
      <w:keepNext/>
      <w:spacing w:before="140" w:after="40" w:line="240" w:lineRule="auto"/>
    </w:pPr>
    <w:rPr>
      <w:rFonts w:ascii="Calibri" w:hAnsi="Calibri" w:cs="Calibri"/>
      <w:b/>
      <w:color w:val="1F4E78"/>
      <w:sz w:val="21"/>
      <w:lang w:eastAsia="en-US"/>
    </w:rPr>
  </w:style>
  <w:style w:type="paragraph" w:customStyle="1" w:styleId="776108DD7711498CB25BF608012A8A4E8">
    <w:name w:val="776108DD7711498CB25BF608012A8A4E8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1BEBEC5429A4FAEAA9CC16C605979A724">
    <w:name w:val="11BEBEC5429A4FAEAA9CC16C605979A724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24">
    <w:name w:val="56B681DAE2364EB38F3A7F7C80ED33CE24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24">
    <w:name w:val="C0F36BF3DFBC4D528D1A2A5ABEC6333624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24FDE17599C426CB6A932665086A4A47">
    <w:name w:val="D24FDE17599C426CB6A932665086A4A47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9276950CE76A4F81AA02A207525E768E">
    <w:name w:val="9276950CE76A4F81AA02A207525E768E"/>
    <w:rsid w:val="00AB51E7"/>
  </w:style>
  <w:style w:type="paragraph" w:customStyle="1" w:styleId="A02CA2F3EFBB42589FF5E1473E96B165">
    <w:name w:val="A02CA2F3EFBB42589FF5E1473E96B165"/>
    <w:rsid w:val="00AB51E7"/>
  </w:style>
  <w:style w:type="paragraph" w:customStyle="1" w:styleId="11AC0A73B3B24AC0A4C7E900D9B0D644">
    <w:name w:val="11AC0A73B3B24AC0A4C7E900D9B0D644"/>
    <w:rsid w:val="00AB51E7"/>
  </w:style>
  <w:style w:type="paragraph" w:customStyle="1" w:styleId="80382429E07A4CF49FA0CB4EEC544D6E">
    <w:name w:val="80382429E07A4CF49FA0CB4EEC544D6E"/>
    <w:rsid w:val="00AB51E7"/>
  </w:style>
  <w:style w:type="paragraph" w:customStyle="1" w:styleId="1353143B004D4555AF8CEEFC94D1962725">
    <w:name w:val="1353143B004D4555AF8CEEFC94D1962725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25">
    <w:name w:val="D93005B02706493BA9B6D81D00B0F9EC25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22">
    <w:name w:val="87C354981AAE465FA18C79EB1444070622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21">
    <w:name w:val="F2A560853AEB42C4825830FD658104B821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25">
    <w:name w:val="B58DED94A810430CA640DC3E26E6BB9925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984624A7CB7F47E29B89176015CFA4AA17">
    <w:name w:val="984624A7CB7F47E29B89176015CFA4AA17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D7255E9DC0E40ECBC260DDFB15DCCF017">
    <w:name w:val="1D7255E9DC0E40ECBC260DDFB15DCCF017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E098AB024CC43DC8419593A0AF1A17C17">
    <w:name w:val="2E098AB024CC43DC8419593A0AF1A17C17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0AD52106A5B2480BB6F32CCADE5F6E9217">
    <w:name w:val="0AD52106A5B2480BB6F32CCADE5F6E9217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8F02C69C45C4C96A393EF5039F9CEF917">
    <w:name w:val="18F02C69C45C4C96A393EF5039F9CEF917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CE4112E04356493EB98DB83B7A7E59425">
    <w:name w:val="CE4112E04356493EB98DB83B7A7E59425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73044394984176A537D2BC7FBDB2C718">
    <w:name w:val="7F73044394984176A537D2BC7FBDB2C718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25">
    <w:name w:val="FA736517CD67408D96DA88AA0C222CA925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600F21A1D3484C8C76CE46E1CE104717">
    <w:name w:val="C4600F21A1D3484C8C76CE46E1CE104717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1995259DEBC4A378EEC37A75C79515B17">
    <w:name w:val="71995259DEBC4A378EEC37A75C79515B17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D13C6D369684081B5BFDCEA011A0AF317">
    <w:name w:val="ED13C6D369684081B5BFDCEA011A0AF317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51DA0B5078F49CA9FD7BCC206ACF43017">
    <w:name w:val="351DA0B5078F49CA9FD7BCC206ACF43017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36D54A268FF45B5AA732FD462CD3B7A17">
    <w:name w:val="E36D54A268FF45B5AA732FD462CD3B7A17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C1C277514154AB4B92E9588E63FE0D83">
    <w:name w:val="7C1C277514154AB4B92E9588E63FE0D83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9276950CE76A4F81AA02A207525E768E1">
    <w:name w:val="9276950CE76A4F81AA02A207525E768E1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A02CA2F3EFBB42589FF5E1473E96B1651">
    <w:name w:val="A02CA2F3EFBB42589FF5E1473E96B1651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1AC0A73B3B24AC0A4C7E900D9B0D6441">
    <w:name w:val="11AC0A73B3B24AC0A4C7E900D9B0D6441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0382429E07A4CF49FA0CB4EEC544D6E1">
    <w:name w:val="80382429E07A4CF49FA0CB4EEC544D6E1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967DE460C6443308A7478911AF3793317">
    <w:name w:val="4967DE460C6443308A7478911AF3793317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30E07DB57094CF29CB00DD0808B9A5625">
    <w:name w:val="330E07DB57094CF29CB00DD0808B9A5625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99396EAFFE47AD862FCF721AF6D2A69">
    <w:name w:val="C099396EAFFE47AD862FCF721AF6D2A69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BF60DEBC22147F29CA71A8F5BCB17F49">
    <w:name w:val="FBF60DEBC22147F29CA71A8F5BCB17F49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C3E48E1995447EA1AC1FF328916DA39">
    <w:name w:val="7FC3E48E1995447EA1AC1FF328916DA39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5BE760B5C8C4D85907A2075E89A777B9">
    <w:name w:val="25BE760B5C8C4D85907A2075E89A777B9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C6CC12900CC44F3D9DE77A7B79B945BA3">
    <w:name w:val="C6CC12900CC44F3D9DE77A7B79B945BA3"/>
    <w:rsid w:val="00AB51E7"/>
    <w:pPr>
      <w:keepNext/>
      <w:spacing w:before="140" w:after="40" w:line="240" w:lineRule="auto"/>
    </w:pPr>
    <w:rPr>
      <w:rFonts w:ascii="Calibri" w:hAnsi="Calibri" w:cs="Calibri"/>
      <w:b/>
      <w:color w:val="1F4E78"/>
      <w:sz w:val="21"/>
      <w:lang w:eastAsia="en-US"/>
    </w:rPr>
  </w:style>
  <w:style w:type="paragraph" w:customStyle="1" w:styleId="776108DD7711498CB25BF608012A8A4E9">
    <w:name w:val="776108DD7711498CB25BF608012A8A4E9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1BEBEC5429A4FAEAA9CC16C605979A725">
    <w:name w:val="11BEBEC5429A4FAEAA9CC16C605979A725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25">
    <w:name w:val="56B681DAE2364EB38F3A7F7C80ED33CE25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25">
    <w:name w:val="C0F36BF3DFBC4D528D1A2A5ABEC6333625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24FDE17599C426CB6A932665086A4A48">
    <w:name w:val="D24FDE17599C426CB6A932665086A4A48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353143B004D4555AF8CEEFC94D1962726">
    <w:name w:val="1353143B004D4555AF8CEEFC94D1962726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26">
    <w:name w:val="D93005B02706493BA9B6D81D00B0F9EC26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23">
    <w:name w:val="87C354981AAE465FA18C79EB1444070623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22">
    <w:name w:val="F2A560853AEB42C4825830FD658104B822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26">
    <w:name w:val="B58DED94A810430CA640DC3E26E6BB9926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984624A7CB7F47E29B89176015CFA4AA18">
    <w:name w:val="984624A7CB7F47E29B89176015CFA4AA18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D7255E9DC0E40ECBC260DDFB15DCCF018">
    <w:name w:val="1D7255E9DC0E40ECBC260DDFB15DCCF018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E098AB024CC43DC8419593A0AF1A17C18">
    <w:name w:val="2E098AB024CC43DC8419593A0AF1A17C18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0AD52106A5B2480BB6F32CCADE5F6E9218">
    <w:name w:val="0AD52106A5B2480BB6F32CCADE5F6E9218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8F02C69C45C4C96A393EF5039F9CEF918">
    <w:name w:val="18F02C69C45C4C96A393EF5039F9CEF918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CE4112E04356493EB98DB83B7A7E59426">
    <w:name w:val="CE4112E04356493EB98DB83B7A7E59426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73044394984176A537D2BC7FBDB2C719">
    <w:name w:val="7F73044394984176A537D2BC7FBDB2C719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26">
    <w:name w:val="FA736517CD67408D96DA88AA0C222CA926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600F21A1D3484C8C76CE46E1CE104718">
    <w:name w:val="C4600F21A1D3484C8C76CE46E1CE104718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1995259DEBC4A378EEC37A75C79515B18">
    <w:name w:val="71995259DEBC4A378EEC37A75C79515B18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D13C6D369684081B5BFDCEA011A0AF318">
    <w:name w:val="ED13C6D369684081B5BFDCEA011A0AF318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51DA0B5078F49CA9FD7BCC206ACF43018">
    <w:name w:val="351DA0B5078F49CA9FD7BCC206ACF43018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36D54A268FF45B5AA732FD462CD3B7A18">
    <w:name w:val="E36D54A268FF45B5AA732FD462CD3B7A18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C1C277514154AB4B92E9588E63FE0D84">
    <w:name w:val="7C1C277514154AB4B92E9588E63FE0D84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9276950CE76A4F81AA02A207525E768E2">
    <w:name w:val="9276950CE76A4F81AA02A207525E768E2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A02CA2F3EFBB42589FF5E1473E96B1652">
    <w:name w:val="A02CA2F3EFBB42589FF5E1473E96B1652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1AC0A73B3B24AC0A4C7E900D9B0D6442">
    <w:name w:val="11AC0A73B3B24AC0A4C7E900D9B0D6442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0382429E07A4CF49FA0CB4EEC544D6E2">
    <w:name w:val="80382429E07A4CF49FA0CB4EEC544D6E2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967DE460C6443308A7478911AF3793318">
    <w:name w:val="4967DE460C6443308A7478911AF3793318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30E07DB57094CF29CB00DD0808B9A5626">
    <w:name w:val="330E07DB57094CF29CB00DD0808B9A5626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99396EAFFE47AD862FCF721AF6D2A610">
    <w:name w:val="C099396EAFFE47AD862FCF721AF6D2A610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BF60DEBC22147F29CA71A8F5BCB17F410">
    <w:name w:val="FBF60DEBC22147F29CA71A8F5BCB17F410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C3E48E1995447EA1AC1FF328916DA310">
    <w:name w:val="7FC3E48E1995447EA1AC1FF328916DA310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5BE760B5C8C4D85907A2075E89A777B10">
    <w:name w:val="25BE760B5C8C4D85907A2075E89A777B10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C6CC12900CC44F3D9DE77A7B79B945BA4">
    <w:name w:val="C6CC12900CC44F3D9DE77A7B79B945BA4"/>
    <w:rsid w:val="00AB51E7"/>
    <w:pPr>
      <w:keepNext/>
      <w:spacing w:before="140" w:after="40" w:line="240" w:lineRule="auto"/>
    </w:pPr>
    <w:rPr>
      <w:rFonts w:ascii="Calibri" w:hAnsi="Calibri" w:cs="Calibri"/>
      <w:b/>
      <w:color w:val="1F4E78"/>
      <w:sz w:val="21"/>
      <w:lang w:eastAsia="en-US"/>
    </w:rPr>
  </w:style>
  <w:style w:type="paragraph" w:customStyle="1" w:styleId="776108DD7711498CB25BF608012A8A4E10">
    <w:name w:val="776108DD7711498CB25BF608012A8A4E10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1BEBEC5429A4FAEAA9CC16C605979A726">
    <w:name w:val="11BEBEC5429A4FAEAA9CC16C605979A726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26">
    <w:name w:val="56B681DAE2364EB38F3A7F7C80ED33CE26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26">
    <w:name w:val="C0F36BF3DFBC4D528D1A2A5ABEC6333626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24FDE17599C426CB6A932665086A4A49">
    <w:name w:val="D24FDE17599C426CB6A932665086A4A49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E71B1939CEB4867A39E921332CCEE5F">
    <w:name w:val="4E71B1939CEB4867A39E921332CCEE5F"/>
    <w:rsid w:val="00AB51E7"/>
  </w:style>
  <w:style w:type="paragraph" w:customStyle="1" w:styleId="80B97F59C7434563B37230933418C427">
    <w:name w:val="80B97F59C7434563B37230933418C427"/>
    <w:rsid w:val="00AB51E7"/>
  </w:style>
  <w:style w:type="paragraph" w:customStyle="1" w:styleId="6437B0E6E8544FAEB88D5805D760769A">
    <w:name w:val="6437B0E6E8544FAEB88D5805D760769A"/>
    <w:rsid w:val="00AB51E7"/>
  </w:style>
  <w:style w:type="paragraph" w:customStyle="1" w:styleId="D934C6FAEF1649F4867A8274FE14A0FA">
    <w:name w:val="D934C6FAEF1649F4867A8274FE14A0FA"/>
    <w:rsid w:val="00AB51E7"/>
  </w:style>
  <w:style w:type="paragraph" w:customStyle="1" w:styleId="1353143B004D4555AF8CEEFC94D1962727">
    <w:name w:val="1353143B004D4555AF8CEEFC94D1962727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005B02706493BA9B6D81D00B0F9EC27">
    <w:name w:val="D93005B02706493BA9B6D81D00B0F9EC27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7C354981AAE465FA18C79EB1444070624">
    <w:name w:val="87C354981AAE465FA18C79EB1444070624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2A560853AEB42C4825830FD658104B823">
    <w:name w:val="F2A560853AEB42C4825830FD658104B823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B58DED94A810430CA640DC3E26E6BB9927">
    <w:name w:val="B58DED94A810430CA640DC3E26E6BB9927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984624A7CB7F47E29B89176015CFA4AA19">
    <w:name w:val="984624A7CB7F47E29B89176015CFA4AA19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D7255E9DC0E40ECBC260DDFB15DCCF019">
    <w:name w:val="1D7255E9DC0E40ECBC260DDFB15DCCF019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E098AB024CC43DC8419593A0AF1A17C19">
    <w:name w:val="2E098AB024CC43DC8419593A0AF1A17C19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0AD52106A5B2480BB6F32CCADE5F6E9219">
    <w:name w:val="0AD52106A5B2480BB6F32CCADE5F6E9219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8F02C69C45C4C96A393EF5039F9CEF919">
    <w:name w:val="18F02C69C45C4C96A393EF5039F9CEF919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CE4112E04356493EB98DB83B7A7E59427">
    <w:name w:val="CE4112E04356493EB98DB83B7A7E59427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E71B1939CEB4867A39E921332CCEE5F1">
    <w:name w:val="4E71B1939CEB4867A39E921332CCEE5F1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0B97F59C7434563B37230933418C4271">
    <w:name w:val="80B97F59C7434563B37230933418C4271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6437B0E6E8544FAEB88D5805D760769A1">
    <w:name w:val="6437B0E6E8544FAEB88D5805D760769A1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934C6FAEF1649F4867A8274FE14A0FA1">
    <w:name w:val="D934C6FAEF1649F4867A8274FE14A0FA1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73044394984176A537D2BC7FBDB2C720">
    <w:name w:val="7F73044394984176A537D2BC7FBDB2C720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A736517CD67408D96DA88AA0C222CA927">
    <w:name w:val="FA736517CD67408D96DA88AA0C222CA927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4600F21A1D3484C8C76CE46E1CE104719">
    <w:name w:val="C4600F21A1D3484C8C76CE46E1CE104719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1995259DEBC4A378EEC37A75C79515B19">
    <w:name w:val="71995259DEBC4A378EEC37A75C79515B19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D13C6D369684081B5BFDCEA011A0AF319">
    <w:name w:val="ED13C6D369684081B5BFDCEA011A0AF319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51DA0B5078F49CA9FD7BCC206ACF43019">
    <w:name w:val="351DA0B5078F49CA9FD7BCC206ACF43019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E36D54A268FF45B5AA732FD462CD3B7A19">
    <w:name w:val="E36D54A268FF45B5AA732FD462CD3B7A19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C1C277514154AB4B92E9588E63FE0D85">
    <w:name w:val="7C1C277514154AB4B92E9588E63FE0D85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9276950CE76A4F81AA02A207525E768E3">
    <w:name w:val="9276950CE76A4F81AA02A207525E768E3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A02CA2F3EFBB42589FF5E1473E96B1653">
    <w:name w:val="A02CA2F3EFBB42589FF5E1473E96B1653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11AC0A73B3B24AC0A4C7E900D9B0D6443">
    <w:name w:val="11AC0A73B3B24AC0A4C7E900D9B0D6443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80382429E07A4CF49FA0CB4EEC544D6E3">
    <w:name w:val="80382429E07A4CF49FA0CB4EEC544D6E3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4967DE460C6443308A7478911AF3793319">
    <w:name w:val="4967DE460C6443308A7478911AF3793319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330E07DB57094CF29CB00DD0808B9A5627">
    <w:name w:val="330E07DB57094CF29CB00DD0808B9A5627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99396EAFFE47AD862FCF721AF6D2A611">
    <w:name w:val="C099396EAFFE47AD862FCF721AF6D2A611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FBF60DEBC22147F29CA71A8F5BCB17F411">
    <w:name w:val="FBF60DEBC22147F29CA71A8F5BCB17F411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7FC3E48E1995447EA1AC1FF328916DA311">
    <w:name w:val="7FC3E48E1995447EA1AC1FF328916DA311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5BE760B5C8C4D85907A2075E89A777B11">
    <w:name w:val="25BE760B5C8C4D85907A2075E89A777B11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C6CC12900CC44F3D9DE77A7B79B945BA5">
    <w:name w:val="C6CC12900CC44F3D9DE77A7B79B945BA5"/>
    <w:rsid w:val="00AB51E7"/>
    <w:pPr>
      <w:keepNext/>
      <w:spacing w:before="140" w:after="40" w:line="240" w:lineRule="auto"/>
    </w:pPr>
    <w:rPr>
      <w:rFonts w:ascii="Calibri" w:hAnsi="Calibri" w:cs="Calibri"/>
      <w:b/>
      <w:color w:val="1F4E78"/>
      <w:sz w:val="21"/>
      <w:lang w:eastAsia="en-US"/>
    </w:rPr>
  </w:style>
  <w:style w:type="paragraph" w:customStyle="1" w:styleId="776108DD7711498CB25BF608012A8A4E11">
    <w:name w:val="776108DD7711498CB25BF608012A8A4E11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11BEBEC5429A4FAEAA9CC16C605979A727">
    <w:name w:val="11BEBEC5429A4FAEAA9CC16C605979A727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56B681DAE2364EB38F3A7F7C80ED33CE27">
    <w:name w:val="56B681DAE2364EB38F3A7F7C80ED33CE27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C0F36BF3DFBC4D528D1A2A5ABEC6333627">
    <w:name w:val="C0F36BF3DFBC4D528D1A2A5ABEC6333627"/>
    <w:rsid w:val="00AB51E7"/>
    <w:pPr>
      <w:spacing w:after="120" w:line="264" w:lineRule="auto"/>
    </w:pPr>
    <w:rPr>
      <w:rFonts w:ascii="Calibri" w:hAnsi="Calibri" w:cs="Calibri"/>
      <w:color w:val="000000"/>
      <w:lang w:eastAsia="en-US"/>
    </w:rPr>
  </w:style>
  <w:style w:type="paragraph" w:customStyle="1" w:styleId="D24FDE17599C426CB6A932665086A4A410">
    <w:name w:val="D24FDE17599C426CB6A932665086A4A410"/>
    <w:rsid w:val="00AB51E7"/>
    <w:pPr>
      <w:pBdr>
        <w:top w:val="single" w:sz="6" w:space="4" w:color="AFC6DB"/>
        <w:left w:val="single" w:sz="6" w:space="4" w:color="AFC6DB"/>
        <w:bottom w:val="single" w:sz="6" w:space="4" w:color="AFC6DB"/>
        <w:right w:val="single" w:sz="6" w:space="4" w:color="AFC6DB"/>
      </w:pBdr>
      <w:shd w:val="clear" w:color="auto" w:fill="F7F9FC"/>
      <w:spacing w:before="40" w:after="100" w:line="240" w:lineRule="auto"/>
      <w:ind w:left="120" w:right="120"/>
    </w:pPr>
    <w:rPr>
      <w:rFonts w:ascii="Calibri" w:hAnsi="Calibri" w:cs="Calibri"/>
      <w:i/>
      <w:color w:val="666666"/>
      <w:sz w:val="20"/>
      <w:lang w:eastAsia="en-US"/>
    </w:rPr>
  </w:style>
  <w:style w:type="paragraph" w:customStyle="1" w:styleId="293463D80227405C893CAC9B163DE66A">
    <w:name w:val="293463D80227405C893CAC9B163DE66A"/>
    <w:rsid w:val="00AB51E7"/>
  </w:style>
  <w:style w:type="paragraph" w:customStyle="1" w:styleId="E5AABFC7130D426D9631FFD52C3D4DF2">
    <w:name w:val="E5AABFC7130D426D9631FFD52C3D4DF2"/>
    <w:rsid w:val="00AB51E7"/>
  </w:style>
  <w:style w:type="paragraph" w:customStyle="1" w:styleId="D26CA786D8954B6B9C1A28239EF2646F">
    <w:name w:val="D26CA786D8954B6B9C1A28239EF2646F"/>
    <w:rsid w:val="00AB51E7"/>
  </w:style>
  <w:style w:type="paragraph" w:customStyle="1" w:styleId="52DC74148247408D89265DDC61CC37A0">
    <w:name w:val="52DC74148247408D89265DDC61CC37A0"/>
    <w:rsid w:val="00AB51E7"/>
  </w:style>
  <w:style w:type="paragraph" w:customStyle="1" w:styleId="A335D808853D4418B30A61F0FF26F747">
    <w:name w:val="A335D808853D4418B30A61F0FF26F747"/>
    <w:rsid w:val="00672A1A"/>
  </w:style>
  <w:style w:type="paragraph" w:customStyle="1" w:styleId="F7BFE67EC0B940B3A30EB69CE39CEBAF">
    <w:name w:val="F7BFE67EC0B940B3A30EB69CE39CEBAF"/>
    <w:rsid w:val="00672A1A"/>
  </w:style>
  <w:style w:type="paragraph" w:customStyle="1" w:styleId="F8B63A01F194400D94EED97EAB74D883">
    <w:name w:val="F8B63A01F194400D94EED97EAB74D883"/>
    <w:rsid w:val="00672A1A"/>
  </w:style>
  <w:style w:type="paragraph" w:customStyle="1" w:styleId="5079C7581BA649AFAE396E2F6079D7C9">
    <w:name w:val="5079C7581BA649AFAE396E2F6079D7C9"/>
    <w:rsid w:val="00672A1A"/>
  </w:style>
  <w:style w:type="paragraph" w:customStyle="1" w:styleId="FF68463AB4AB46D18D816EB218160E6D">
    <w:name w:val="FF68463AB4AB46D18D816EB218160E6D"/>
    <w:rsid w:val="00672A1A"/>
  </w:style>
  <w:style w:type="paragraph" w:customStyle="1" w:styleId="58445C2B0813419E82ED360E9EAB2D09">
    <w:name w:val="58445C2B0813419E82ED360E9EAB2D09"/>
    <w:rsid w:val="00672A1A"/>
  </w:style>
  <w:style w:type="paragraph" w:customStyle="1" w:styleId="48CFAAFBC46B4656B8E888890076B443">
    <w:name w:val="48CFAAFBC46B4656B8E888890076B443"/>
    <w:rsid w:val="00672A1A"/>
  </w:style>
  <w:style w:type="paragraph" w:customStyle="1" w:styleId="44689DF3551A495B8165B33C428F5812">
    <w:name w:val="44689DF3551A495B8165B33C428F5812"/>
    <w:rsid w:val="00672A1A"/>
  </w:style>
  <w:style w:type="paragraph" w:customStyle="1" w:styleId="5EA0385B64EF49F2816658ADAF8F9010">
    <w:name w:val="5EA0385B64EF49F2816658ADAF8F9010"/>
    <w:rsid w:val="00672A1A"/>
  </w:style>
  <w:style w:type="paragraph" w:customStyle="1" w:styleId="5E8F5CA22BEB4B25B136974FD2105D46">
    <w:name w:val="5E8F5CA22BEB4B25B136974FD2105D46"/>
    <w:rsid w:val="00672A1A"/>
  </w:style>
  <w:style w:type="paragraph" w:customStyle="1" w:styleId="1353143B004D4555AF8CEEFC94D1962728">
    <w:name w:val="1353143B004D4555AF8CEEFC94D196272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93005B02706493BA9B6D81D00B0F9EC28">
    <w:name w:val="D93005B02706493BA9B6D81D00B0F9EC2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87C354981AAE465FA18C79EB1444070625">
    <w:name w:val="87C354981AAE465FA18C79EB144407062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2A560853AEB42C4825830FD658104B824">
    <w:name w:val="F2A560853AEB42C4825830FD658104B82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B58DED94A810430CA640DC3E26E6BB9928">
    <w:name w:val="B58DED94A810430CA640DC3E26E6BB992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84624A7CB7F47E29B89176015CFA4AA20">
    <w:name w:val="984624A7CB7F47E29B89176015CFA4AA2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D7255E9DC0E40ECBC260DDFB15DCCF020">
    <w:name w:val="1D7255E9DC0E40ECBC260DDFB15DCCF02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E098AB024CC43DC8419593A0AF1A17C20">
    <w:name w:val="2E098AB024CC43DC8419593A0AF1A17C2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A335D808853D4418B30A61F0FF26F7471">
    <w:name w:val="A335D808853D4418B30A61F0FF26F747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7BFE67EC0B940B3A30EB69CE39CEBAF1">
    <w:name w:val="F7BFE67EC0B940B3A30EB69CE39CEBAF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8B63A01F194400D94EED97EAB74D8831">
    <w:name w:val="F8B63A01F194400D94EED97EAB74D88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079C7581BA649AFAE396E2F6079D7C91">
    <w:name w:val="5079C7581BA649AFAE396E2F6079D7C9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F68463AB4AB46D18D816EB218160E6D1">
    <w:name w:val="FF68463AB4AB46D18D816EB218160E6D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8445C2B0813419E82ED360E9EAB2D091">
    <w:name w:val="58445C2B0813419E82ED360E9EAB2D09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0AD52106A5B2480BB6F32CCADE5F6E9220">
    <w:name w:val="0AD52106A5B2480BB6F32CCADE5F6E922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73044394984176A537D2BC7FBDB2C721">
    <w:name w:val="7F73044394984176A537D2BC7FBDB2C72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A736517CD67408D96DA88AA0C222CA928">
    <w:name w:val="FA736517CD67408D96DA88AA0C222CA92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4600F21A1D3484C8C76CE46E1CE104720">
    <w:name w:val="C4600F21A1D3484C8C76CE46E1CE10472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1995259DEBC4A378EEC37A75C79515B20">
    <w:name w:val="71995259DEBC4A378EEC37A75C79515B2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ED13C6D369684081B5BFDCEA011A0AF320">
    <w:name w:val="ED13C6D369684081B5BFDCEA011A0AF32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51DA0B5078F49CA9FD7BCC206ACF43020">
    <w:name w:val="351DA0B5078F49CA9FD7BCC206ACF4302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967DE460C6443308A7478911AF3793320">
    <w:name w:val="4967DE460C6443308A7478911AF379332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30E07DB57094CF29CB00DD0808B9A5628">
    <w:name w:val="330E07DB57094CF29CB00DD0808B9A562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BEBEC5429A4FAEAA9CC16C605979A728">
    <w:name w:val="11BEBEC5429A4FAEAA9CC16C605979A72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6B681DAE2364EB38F3A7F7C80ED33CE28">
    <w:name w:val="56B681DAE2364EB38F3A7F7C80ED33CE2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F36BF3DFBC4D528D1A2A5ABEC6333628">
    <w:name w:val="C0F36BF3DFBC4D528D1A2A5ABEC633362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24FDE17599C426CB6A932665086A4A411">
    <w:name w:val="D24FDE17599C426CB6A932665086A4A41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8CFAAFBC46B4656B8E888890076B4431">
    <w:name w:val="48CFAAFBC46B4656B8E888890076B44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4689DF3551A495B8165B33C428F58121">
    <w:name w:val="44689DF3551A495B8165B33C428F5812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A0385B64EF49F2816658ADAF8F90101">
    <w:name w:val="5EA0385B64EF49F2816658ADAF8F9010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8F5CA22BEB4B25B136974FD2105D461">
    <w:name w:val="5E8F5CA22BEB4B25B136974FD2105D46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99396EAFFE47AD862FCF721AF6D2A612">
    <w:name w:val="C099396EAFFE47AD862FCF721AF6D2A61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BF60DEBC22147F29CA71A8F5BCB17F412">
    <w:name w:val="FBF60DEBC22147F29CA71A8F5BCB17F41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C3E48E1995447EA1AC1FF328916DA312">
    <w:name w:val="7FC3E48E1995447EA1AC1FF328916DA31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5BE760B5C8C4D85907A2075E89A777B12">
    <w:name w:val="25BE760B5C8C4D85907A2075E89A777B1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76108DD7711498CB25BF608012A8A4E12">
    <w:name w:val="776108DD7711498CB25BF608012A8A4E1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6CC12900CC44F3D9DE77A7B79B945BA6">
    <w:name w:val="C6CC12900CC44F3D9DE77A7B79B945BA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276950CE76A4F81AA02A207525E768E4">
    <w:name w:val="9276950CE76A4F81AA02A207525E768E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A02CA2F3EFBB42589FF5E1473E96B1654">
    <w:name w:val="A02CA2F3EFBB42589FF5E1473E96B165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AC0A73B3B24AC0A4C7E900D9B0D6444">
    <w:name w:val="11AC0A73B3B24AC0A4C7E900D9B0D644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353143B004D4555AF8CEEFC94D1962729">
    <w:name w:val="1353143B004D4555AF8CEEFC94D196272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93005B02706493BA9B6D81D00B0F9EC29">
    <w:name w:val="D93005B02706493BA9B6D81D00B0F9EC2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87C354981AAE465FA18C79EB1444070626">
    <w:name w:val="87C354981AAE465FA18C79EB144407062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2A560853AEB42C4825830FD658104B825">
    <w:name w:val="F2A560853AEB42C4825830FD658104B82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B58DED94A810430CA640DC3E26E6BB9929">
    <w:name w:val="B58DED94A810430CA640DC3E26E6BB992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84624A7CB7F47E29B89176015CFA4AA21">
    <w:name w:val="984624A7CB7F47E29B89176015CFA4AA2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D7255E9DC0E40ECBC260DDFB15DCCF021">
    <w:name w:val="1D7255E9DC0E40ECBC260DDFB15DCCF02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E098AB024CC43DC8419593A0AF1A17C21">
    <w:name w:val="2E098AB024CC43DC8419593A0AF1A17C2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A335D808853D4418B30A61F0FF26F7472">
    <w:name w:val="A335D808853D4418B30A61F0FF26F747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7BFE67EC0B940B3A30EB69CE39CEBAF2">
    <w:name w:val="F7BFE67EC0B940B3A30EB69CE39CEBAF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8B63A01F194400D94EED97EAB74D8832">
    <w:name w:val="F8B63A01F194400D94EED97EAB74D88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079C7581BA649AFAE396E2F6079D7C92">
    <w:name w:val="5079C7581BA649AFAE396E2F6079D7C9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F68463AB4AB46D18D816EB218160E6D2">
    <w:name w:val="FF68463AB4AB46D18D816EB218160E6D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8445C2B0813419E82ED360E9EAB2D092">
    <w:name w:val="58445C2B0813419E82ED360E9EAB2D09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0AD52106A5B2480BB6F32CCADE5F6E9221">
    <w:name w:val="0AD52106A5B2480BB6F32CCADE5F6E922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73044394984176A537D2BC7FBDB2C722">
    <w:name w:val="7F73044394984176A537D2BC7FBDB2C72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A736517CD67408D96DA88AA0C222CA929">
    <w:name w:val="FA736517CD67408D96DA88AA0C222CA92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4600F21A1D3484C8C76CE46E1CE104721">
    <w:name w:val="C4600F21A1D3484C8C76CE46E1CE10472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1995259DEBC4A378EEC37A75C79515B21">
    <w:name w:val="71995259DEBC4A378EEC37A75C79515B2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ED13C6D369684081B5BFDCEA011A0AF321">
    <w:name w:val="ED13C6D369684081B5BFDCEA011A0AF32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51DA0B5078F49CA9FD7BCC206ACF43021">
    <w:name w:val="351DA0B5078F49CA9FD7BCC206ACF4302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967DE460C6443308A7478911AF3793321">
    <w:name w:val="4967DE460C6443308A7478911AF379332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30E07DB57094CF29CB00DD0808B9A5629">
    <w:name w:val="330E07DB57094CF29CB00DD0808B9A562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BEBEC5429A4FAEAA9CC16C605979A729">
    <w:name w:val="11BEBEC5429A4FAEAA9CC16C605979A72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6B681DAE2364EB38F3A7F7C80ED33CE29">
    <w:name w:val="56B681DAE2364EB38F3A7F7C80ED33CE2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F36BF3DFBC4D528D1A2A5ABEC6333629">
    <w:name w:val="C0F36BF3DFBC4D528D1A2A5ABEC633362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24FDE17599C426CB6A932665086A4A412">
    <w:name w:val="D24FDE17599C426CB6A932665086A4A41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8CFAAFBC46B4656B8E888890076B4432">
    <w:name w:val="48CFAAFBC46B4656B8E888890076B44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4689DF3551A495B8165B33C428F58122">
    <w:name w:val="44689DF3551A495B8165B33C428F5812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A0385B64EF49F2816658ADAF8F90102">
    <w:name w:val="5EA0385B64EF49F2816658ADAF8F9010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8F5CA22BEB4B25B136974FD2105D462">
    <w:name w:val="5E8F5CA22BEB4B25B136974FD2105D46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99396EAFFE47AD862FCF721AF6D2A613">
    <w:name w:val="C099396EAFFE47AD862FCF721AF6D2A61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BF60DEBC22147F29CA71A8F5BCB17F413">
    <w:name w:val="FBF60DEBC22147F29CA71A8F5BCB17F41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C3E48E1995447EA1AC1FF328916DA313">
    <w:name w:val="7FC3E48E1995447EA1AC1FF328916DA31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5BE760B5C8C4D85907A2075E89A777B13">
    <w:name w:val="25BE760B5C8C4D85907A2075E89A777B1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76108DD7711498CB25BF608012A8A4E13">
    <w:name w:val="776108DD7711498CB25BF608012A8A4E1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6CC12900CC44F3D9DE77A7B79B945BA7">
    <w:name w:val="C6CC12900CC44F3D9DE77A7B79B945BA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276950CE76A4F81AA02A207525E768E5">
    <w:name w:val="9276950CE76A4F81AA02A207525E768E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A02CA2F3EFBB42589FF5E1473E96B1655">
    <w:name w:val="A02CA2F3EFBB42589FF5E1473E96B165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AC0A73B3B24AC0A4C7E900D9B0D6445">
    <w:name w:val="11AC0A73B3B24AC0A4C7E900D9B0D644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353143B004D4555AF8CEEFC94D1962730">
    <w:name w:val="1353143B004D4555AF8CEEFC94D196273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93005B02706493BA9B6D81D00B0F9EC30">
    <w:name w:val="D93005B02706493BA9B6D81D00B0F9EC3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87C354981AAE465FA18C79EB1444070627">
    <w:name w:val="87C354981AAE465FA18C79EB144407062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2A560853AEB42C4825830FD658104B826">
    <w:name w:val="F2A560853AEB42C4825830FD658104B82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B58DED94A810430CA640DC3E26E6BB9930">
    <w:name w:val="B58DED94A810430CA640DC3E26E6BB993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84624A7CB7F47E29B89176015CFA4AA22">
    <w:name w:val="984624A7CB7F47E29B89176015CFA4AA2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D7255E9DC0E40ECBC260DDFB15DCCF022">
    <w:name w:val="1D7255E9DC0E40ECBC260DDFB15DCCF02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E098AB024CC43DC8419593A0AF1A17C22">
    <w:name w:val="2E098AB024CC43DC8419593A0AF1A17C2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A335D808853D4418B30A61F0FF26F7473">
    <w:name w:val="A335D808853D4418B30A61F0FF26F747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7BFE67EC0B940B3A30EB69CE39CEBAF3">
    <w:name w:val="F7BFE67EC0B940B3A30EB69CE39CEBAF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8B63A01F194400D94EED97EAB74D8833">
    <w:name w:val="F8B63A01F194400D94EED97EAB74D88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079C7581BA649AFAE396E2F6079D7C93">
    <w:name w:val="5079C7581BA649AFAE396E2F6079D7C9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F68463AB4AB46D18D816EB218160E6D3">
    <w:name w:val="FF68463AB4AB46D18D816EB218160E6D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8445C2B0813419E82ED360E9EAB2D093">
    <w:name w:val="58445C2B0813419E82ED360E9EAB2D09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0AD52106A5B2480BB6F32CCADE5F6E9222">
    <w:name w:val="0AD52106A5B2480BB6F32CCADE5F6E922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73044394984176A537D2BC7FBDB2C723">
    <w:name w:val="7F73044394984176A537D2BC7FBDB2C72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A736517CD67408D96DA88AA0C222CA930">
    <w:name w:val="FA736517CD67408D96DA88AA0C222CA93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4600F21A1D3484C8C76CE46E1CE104722">
    <w:name w:val="C4600F21A1D3484C8C76CE46E1CE10472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1995259DEBC4A378EEC37A75C79515B22">
    <w:name w:val="71995259DEBC4A378EEC37A75C79515B2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ED13C6D369684081B5BFDCEA011A0AF322">
    <w:name w:val="ED13C6D369684081B5BFDCEA011A0AF32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51DA0B5078F49CA9FD7BCC206ACF43022">
    <w:name w:val="351DA0B5078F49CA9FD7BCC206ACF4302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967DE460C6443308A7478911AF3793322">
    <w:name w:val="4967DE460C6443308A7478911AF379332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30E07DB57094CF29CB00DD0808B9A5630">
    <w:name w:val="330E07DB57094CF29CB00DD0808B9A563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BEBEC5429A4FAEAA9CC16C605979A730">
    <w:name w:val="11BEBEC5429A4FAEAA9CC16C605979A73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6B681DAE2364EB38F3A7F7C80ED33CE30">
    <w:name w:val="56B681DAE2364EB38F3A7F7C80ED33CE3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F36BF3DFBC4D528D1A2A5ABEC6333630">
    <w:name w:val="C0F36BF3DFBC4D528D1A2A5ABEC633363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24FDE17599C426CB6A932665086A4A413">
    <w:name w:val="D24FDE17599C426CB6A932665086A4A41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8CFAAFBC46B4656B8E888890076B4433">
    <w:name w:val="48CFAAFBC46B4656B8E888890076B44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4689DF3551A495B8165B33C428F58123">
    <w:name w:val="44689DF3551A495B8165B33C428F5812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A0385B64EF49F2816658ADAF8F90103">
    <w:name w:val="5EA0385B64EF49F2816658ADAF8F9010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8F5CA22BEB4B25B136974FD2105D463">
    <w:name w:val="5E8F5CA22BEB4B25B136974FD2105D46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99396EAFFE47AD862FCF721AF6D2A614">
    <w:name w:val="C099396EAFFE47AD862FCF721AF6D2A61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BF60DEBC22147F29CA71A8F5BCB17F414">
    <w:name w:val="FBF60DEBC22147F29CA71A8F5BCB17F41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C3E48E1995447EA1AC1FF328916DA314">
    <w:name w:val="7FC3E48E1995447EA1AC1FF328916DA31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5BE760B5C8C4D85907A2075E89A777B14">
    <w:name w:val="25BE760B5C8C4D85907A2075E89A777B1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76108DD7711498CB25BF608012A8A4E14">
    <w:name w:val="776108DD7711498CB25BF608012A8A4E1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6CC12900CC44F3D9DE77A7B79B945BA8">
    <w:name w:val="C6CC12900CC44F3D9DE77A7B79B945BA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276950CE76A4F81AA02A207525E768E6">
    <w:name w:val="9276950CE76A4F81AA02A207525E768E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A02CA2F3EFBB42589FF5E1473E96B1656">
    <w:name w:val="A02CA2F3EFBB42589FF5E1473E96B165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AC0A73B3B24AC0A4C7E900D9B0D6446">
    <w:name w:val="11AC0A73B3B24AC0A4C7E900D9B0D644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881A9592D30B47B995C707610E9F550B">
    <w:name w:val="881A9592D30B47B995C707610E9F550B"/>
    <w:rsid w:val="00672A1A"/>
  </w:style>
  <w:style w:type="paragraph" w:customStyle="1" w:styleId="5B408B7697D84D82982D24E4E4624D92">
    <w:name w:val="5B408B7697D84D82982D24E4E4624D92"/>
    <w:rsid w:val="00672A1A"/>
  </w:style>
  <w:style w:type="paragraph" w:customStyle="1" w:styleId="0BB8472C894C4F248F22C6924586C6E2">
    <w:name w:val="0BB8472C894C4F248F22C6924586C6E2"/>
    <w:rsid w:val="00672A1A"/>
  </w:style>
  <w:style w:type="paragraph" w:customStyle="1" w:styleId="1353143B004D4555AF8CEEFC94D1962731">
    <w:name w:val="1353143B004D4555AF8CEEFC94D19627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93005B02706493BA9B6D81D00B0F9EC31">
    <w:name w:val="D93005B02706493BA9B6D81D00B0F9EC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87C354981AAE465FA18C79EB1444070628">
    <w:name w:val="87C354981AAE465FA18C79EB144407062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2A560853AEB42C4825830FD658104B827">
    <w:name w:val="F2A560853AEB42C4825830FD658104B82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B58DED94A810430CA640DC3E26E6BB9931">
    <w:name w:val="B58DED94A810430CA640DC3E26E6BB99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84624A7CB7F47E29B89176015CFA4AA23">
    <w:name w:val="984624A7CB7F47E29B89176015CFA4AA2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D7255E9DC0E40ECBC260DDFB15DCCF023">
    <w:name w:val="1D7255E9DC0E40ECBC260DDFB15DCCF02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E098AB024CC43DC8419593A0AF1A17C23">
    <w:name w:val="2E098AB024CC43DC8419593A0AF1A17C2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0AD52106A5B2480BB6F32CCADE5F6E9223">
    <w:name w:val="0AD52106A5B2480BB6F32CCADE5F6E922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73044394984176A537D2BC7FBDB2C724">
    <w:name w:val="7F73044394984176A537D2BC7FBDB2C72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A736517CD67408D96DA88AA0C222CA931">
    <w:name w:val="FA736517CD67408D96DA88AA0C222CA9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4600F21A1D3484C8C76CE46E1CE104723">
    <w:name w:val="C4600F21A1D3484C8C76CE46E1CE10472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1995259DEBC4A378EEC37A75C79515B23">
    <w:name w:val="71995259DEBC4A378EEC37A75C79515B2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ED13C6D369684081B5BFDCEA011A0AF323">
    <w:name w:val="ED13C6D369684081B5BFDCEA011A0AF32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51DA0B5078F49CA9FD7BCC206ACF43023">
    <w:name w:val="351DA0B5078F49CA9FD7BCC206ACF4302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967DE460C6443308A7478911AF3793323">
    <w:name w:val="4967DE460C6443308A7478911AF379332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30E07DB57094CF29CB00DD0808B9A5631">
    <w:name w:val="330E07DB57094CF29CB00DD0808B9A56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BEBEC5429A4FAEAA9CC16C605979A731">
    <w:name w:val="11BEBEC5429A4FAEAA9CC16C605979A7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6B681DAE2364EB38F3A7F7C80ED33CE31">
    <w:name w:val="56B681DAE2364EB38F3A7F7C80ED33CE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F36BF3DFBC4D528D1A2A5ABEC6333631">
    <w:name w:val="C0F36BF3DFBC4D528D1A2A5ABEC63336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24FDE17599C426CB6A932665086A4A414">
    <w:name w:val="D24FDE17599C426CB6A932665086A4A41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8CFAAFBC46B4656B8E888890076B4434">
    <w:name w:val="48CFAAFBC46B4656B8E888890076B443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4689DF3551A495B8165B33C428F58124">
    <w:name w:val="44689DF3551A495B8165B33C428F5812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A0385B64EF49F2816658ADAF8F90104">
    <w:name w:val="5EA0385B64EF49F2816658ADAF8F9010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8F5CA22BEB4B25B136974FD2105D464">
    <w:name w:val="5E8F5CA22BEB4B25B136974FD2105D46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99396EAFFE47AD862FCF721AF6D2A615">
    <w:name w:val="C099396EAFFE47AD862FCF721AF6D2A61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BF60DEBC22147F29CA71A8F5BCB17F415">
    <w:name w:val="FBF60DEBC22147F29CA71A8F5BCB17F41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C3E48E1995447EA1AC1FF328916DA315">
    <w:name w:val="7FC3E48E1995447EA1AC1FF328916DA31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5BE760B5C8C4D85907A2075E89A777B15">
    <w:name w:val="25BE760B5C8C4D85907A2075E89A777B1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76108DD7711498CB25BF608012A8A4E15">
    <w:name w:val="776108DD7711498CB25BF608012A8A4E1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6CC12900CC44F3D9DE77A7B79B945BA9">
    <w:name w:val="C6CC12900CC44F3D9DE77A7B79B945BA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276950CE76A4F81AA02A207525E768E7">
    <w:name w:val="9276950CE76A4F81AA02A207525E768E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A02CA2F3EFBB42589FF5E1473E96B1657">
    <w:name w:val="A02CA2F3EFBB42589FF5E1473E96B165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AC0A73B3B24AC0A4C7E900D9B0D6447">
    <w:name w:val="11AC0A73B3B24AC0A4C7E900D9B0D644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353143B004D4555AF8CEEFC94D1962732">
    <w:name w:val="1353143B004D4555AF8CEEFC94D19627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93005B02706493BA9B6D81D00B0F9EC32">
    <w:name w:val="D93005B02706493BA9B6D81D00B0F9EC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87C354981AAE465FA18C79EB1444070629">
    <w:name w:val="87C354981AAE465FA18C79EB144407062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2A560853AEB42C4825830FD658104B828">
    <w:name w:val="F2A560853AEB42C4825830FD658104B82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B58DED94A810430CA640DC3E26E6BB9932">
    <w:name w:val="B58DED94A810430CA640DC3E26E6BB99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84624A7CB7F47E29B89176015CFA4AA24">
    <w:name w:val="984624A7CB7F47E29B89176015CFA4AA2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D7255E9DC0E40ECBC260DDFB15DCCF024">
    <w:name w:val="1D7255E9DC0E40ECBC260DDFB15DCCF02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E098AB024CC43DC8419593A0AF1A17C24">
    <w:name w:val="2E098AB024CC43DC8419593A0AF1A17C2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0AD52106A5B2480BB6F32CCADE5F6E9224">
    <w:name w:val="0AD52106A5B2480BB6F32CCADE5F6E922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73044394984176A537D2BC7FBDB2C725">
    <w:name w:val="7F73044394984176A537D2BC7FBDB2C72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A736517CD67408D96DA88AA0C222CA932">
    <w:name w:val="FA736517CD67408D96DA88AA0C222CA9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4600F21A1D3484C8C76CE46E1CE104724">
    <w:name w:val="C4600F21A1D3484C8C76CE46E1CE10472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1995259DEBC4A378EEC37A75C79515B24">
    <w:name w:val="71995259DEBC4A378EEC37A75C79515B2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ED13C6D369684081B5BFDCEA011A0AF324">
    <w:name w:val="ED13C6D369684081B5BFDCEA011A0AF32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51DA0B5078F49CA9FD7BCC206ACF43024">
    <w:name w:val="351DA0B5078F49CA9FD7BCC206ACF4302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967DE460C6443308A7478911AF3793324">
    <w:name w:val="4967DE460C6443308A7478911AF379332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30E07DB57094CF29CB00DD0808B9A5632">
    <w:name w:val="330E07DB57094CF29CB00DD0808B9A56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BEBEC5429A4FAEAA9CC16C605979A732">
    <w:name w:val="11BEBEC5429A4FAEAA9CC16C605979A7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6B681DAE2364EB38F3A7F7C80ED33CE32">
    <w:name w:val="56B681DAE2364EB38F3A7F7C80ED33CE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F36BF3DFBC4D528D1A2A5ABEC6333632">
    <w:name w:val="C0F36BF3DFBC4D528D1A2A5ABEC63336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24FDE17599C426CB6A932665086A4A415">
    <w:name w:val="D24FDE17599C426CB6A932665086A4A41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8CFAAFBC46B4656B8E888890076B4435">
    <w:name w:val="48CFAAFBC46B4656B8E888890076B443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4689DF3551A495B8165B33C428F58125">
    <w:name w:val="44689DF3551A495B8165B33C428F5812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A0385B64EF49F2816658ADAF8F90105">
    <w:name w:val="5EA0385B64EF49F2816658ADAF8F9010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8F5CA22BEB4B25B136974FD2105D465">
    <w:name w:val="5E8F5CA22BEB4B25B136974FD2105D46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99396EAFFE47AD862FCF721AF6D2A616">
    <w:name w:val="C099396EAFFE47AD862FCF721AF6D2A61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BF60DEBC22147F29CA71A8F5BCB17F416">
    <w:name w:val="FBF60DEBC22147F29CA71A8F5BCB17F41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C3E48E1995447EA1AC1FF328916DA316">
    <w:name w:val="7FC3E48E1995447EA1AC1FF328916DA31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5BE760B5C8C4D85907A2075E89A777B16">
    <w:name w:val="25BE760B5C8C4D85907A2075E89A777B1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76108DD7711498CB25BF608012A8A4E16">
    <w:name w:val="776108DD7711498CB25BF608012A8A4E1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6CC12900CC44F3D9DE77A7B79B945BA10">
    <w:name w:val="C6CC12900CC44F3D9DE77A7B79B945BA1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276950CE76A4F81AA02A207525E768E8">
    <w:name w:val="9276950CE76A4F81AA02A207525E768E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A02CA2F3EFBB42589FF5E1473E96B1658">
    <w:name w:val="A02CA2F3EFBB42589FF5E1473E96B165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AC0A73B3B24AC0A4C7E900D9B0D6448">
    <w:name w:val="11AC0A73B3B24AC0A4C7E900D9B0D644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353143B004D4555AF8CEEFC94D1962733">
    <w:name w:val="1353143B004D4555AF8CEEFC94D19627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93005B02706493BA9B6D81D00B0F9EC33">
    <w:name w:val="D93005B02706493BA9B6D81D00B0F9EC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87C354981AAE465FA18C79EB1444070630">
    <w:name w:val="87C354981AAE465FA18C79EB144407063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2A560853AEB42C4825830FD658104B829">
    <w:name w:val="F2A560853AEB42C4825830FD658104B82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B58DED94A810430CA640DC3E26E6BB9933">
    <w:name w:val="B58DED94A810430CA640DC3E26E6BB99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84624A7CB7F47E29B89176015CFA4AA25">
    <w:name w:val="984624A7CB7F47E29B89176015CFA4AA2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D7255E9DC0E40ECBC260DDFB15DCCF025">
    <w:name w:val="1D7255E9DC0E40ECBC260DDFB15DCCF02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E098AB024CC43DC8419593A0AF1A17C25">
    <w:name w:val="2E098AB024CC43DC8419593A0AF1A17C2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0AD52106A5B2480BB6F32CCADE5F6E9225">
    <w:name w:val="0AD52106A5B2480BB6F32CCADE5F6E922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73044394984176A537D2BC7FBDB2C726">
    <w:name w:val="7F73044394984176A537D2BC7FBDB2C72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A736517CD67408D96DA88AA0C222CA933">
    <w:name w:val="FA736517CD67408D96DA88AA0C222CA9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4600F21A1D3484C8C76CE46E1CE104725">
    <w:name w:val="C4600F21A1D3484C8C76CE46E1CE10472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1995259DEBC4A378EEC37A75C79515B25">
    <w:name w:val="71995259DEBC4A378EEC37A75C79515B2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ED13C6D369684081B5BFDCEA011A0AF325">
    <w:name w:val="ED13C6D369684081B5BFDCEA011A0AF32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51DA0B5078F49CA9FD7BCC206ACF43025">
    <w:name w:val="351DA0B5078F49CA9FD7BCC206ACF4302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967DE460C6443308A7478911AF3793325">
    <w:name w:val="4967DE460C6443308A7478911AF379332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30E07DB57094CF29CB00DD0808B9A5633">
    <w:name w:val="330E07DB57094CF29CB00DD0808B9A56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BEBEC5429A4FAEAA9CC16C605979A733">
    <w:name w:val="11BEBEC5429A4FAEAA9CC16C605979A7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6B681DAE2364EB38F3A7F7C80ED33CE33">
    <w:name w:val="56B681DAE2364EB38F3A7F7C80ED33CE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F36BF3DFBC4D528D1A2A5ABEC6333633">
    <w:name w:val="C0F36BF3DFBC4D528D1A2A5ABEC63336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24FDE17599C426CB6A932665086A4A416">
    <w:name w:val="D24FDE17599C426CB6A932665086A4A41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8CFAAFBC46B4656B8E888890076B4436">
    <w:name w:val="48CFAAFBC46B4656B8E888890076B443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4689DF3551A495B8165B33C428F58126">
    <w:name w:val="44689DF3551A495B8165B33C428F5812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A0385B64EF49F2816658ADAF8F90106">
    <w:name w:val="5EA0385B64EF49F2816658ADAF8F9010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8F5CA22BEB4B25B136974FD2105D466">
    <w:name w:val="5E8F5CA22BEB4B25B136974FD2105D46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99396EAFFE47AD862FCF721AF6D2A617">
    <w:name w:val="C099396EAFFE47AD862FCF721AF6D2A61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BF60DEBC22147F29CA71A8F5BCB17F417">
    <w:name w:val="FBF60DEBC22147F29CA71A8F5BCB17F41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C3E48E1995447EA1AC1FF328916DA317">
    <w:name w:val="7FC3E48E1995447EA1AC1FF328916DA31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5BE760B5C8C4D85907A2075E89A777B17">
    <w:name w:val="25BE760B5C8C4D85907A2075E89A777B1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76108DD7711498CB25BF608012A8A4E17">
    <w:name w:val="776108DD7711498CB25BF608012A8A4E1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6CC12900CC44F3D9DE77A7B79B945BA11">
    <w:name w:val="C6CC12900CC44F3D9DE77A7B79B945BA1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276950CE76A4F81AA02A207525E768E9">
    <w:name w:val="9276950CE76A4F81AA02A207525E768E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A02CA2F3EFBB42589FF5E1473E96B1659">
    <w:name w:val="A02CA2F3EFBB42589FF5E1473E96B165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AC0A73B3B24AC0A4C7E900D9B0D6449">
    <w:name w:val="11AC0A73B3B24AC0A4C7E900D9B0D644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353143B004D4555AF8CEEFC94D1962734">
    <w:name w:val="1353143B004D4555AF8CEEFC94D196273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93005B02706493BA9B6D81D00B0F9EC34">
    <w:name w:val="D93005B02706493BA9B6D81D00B0F9EC3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87C354981AAE465FA18C79EB1444070631">
    <w:name w:val="87C354981AAE465FA18C79EB14440706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2A560853AEB42C4825830FD658104B830">
    <w:name w:val="F2A560853AEB42C4825830FD658104B83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B58DED94A810430CA640DC3E26E6BB9934">
    <w:name w:val="B58DED94A810430CA640DC3E26E6BB993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84624A7CB7F47E29B89176015CFA4AA26">
    <w:name w:val="984624A7CB7F47E29B89176015CFA4AA2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D7255E9DC0E40ECBC260DDFB15DCCF026">
    <w:name w:val="1D7255E9DC0E40ECBC260DDFB15DCCF02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0AD52106A5B2480BB6F32CCADE5F6E9226">
    <w:name w:val="0AD52106A5B2480BB6F32CCADE5F6E922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73044394984176A537D2BC7FBDB2C727">
    <w:name w:val="7F73044394984176A537D2BC7FBDB2C72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A736517CD67408D96DA88AA0C222CA934">
    <w:name w:val="FA736517CD67408D96DA88AA0C222CA93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4600F21A1D3484C8C76CE46E1CE104726">
    <w:name w:val="C4600F21A1D3484C8C76CE46E1CE10472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1995259DEBC4A378EEC37A75C79515B26">
    <w:name w:val="71995259DEBC4A378EEC37A75C79515B2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ED13C6D369684081B5BFDCEA011A0AF326">
    <w:name w:val="ED13C6D369684081B5BFDCEA011A0AF32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51DA0B5078F49CA9FD7BCC206ACF43026">
    <w:name w:val="351DA0B5078F49CA9FD7BCC206ACF4302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967DE460C6443308A7478911AF3793326">
    <w:name w:val="4967DE460C6443308A7478911AF379332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30E07DB57094CF29CB00DD0808B9A5634">
    <w:name w:val="330E07DB57094CF29CB00DD0808B9A563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BEBEC5429A4FAEAA9CC16C605979A734">
    <w:name w:val="11BEBEC5429A4FAEAA9CC16C605979A73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6B681DAE2364EB38F3A7F7C80ED33CE34">
    <w:name w:val="56B681DAE2364EB38F3A7F7C80ED33CE3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F36BF3DFBC4D528D1A2A5ABEC6333634">
    <w:name w:val="C0F36BF3DFBC4D528D1A2A5ABEC633363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24FDE17599C426CB6A932665086A4A417">
    <w:name w:val="D24FDE17599C426CB6A932665086A4A41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8CFAAFBC46B4656B8E888890076B4437">
    <w:name w:val="48CFAAFBC46B4656B8E888890076B443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4689DF3551A495B8165B33C428F58127">
    <w:name w:val="44689DF3551A495B8165B33C428F5812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A0385B64EF49F2816658ADAF8F90107">
    <w:name w:val="5EA0385B64EF49F2816658ADAF8F9010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8F5CA22BEB4B25B136974FD2105D467">
    <w:name w:val="5E8F5CA22BEB4B25B136974FD2105D46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99396EAFFE47AD862FCF721AF6D2A618">
    <w:name w:val="C099396EAFFE47AD862FCF721AF6D2A61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BF60DEBC22147F29CA71A8F5BCB17F418">
    <w:name w:val="FBF60DEBC22147F29CA71A8F5BCB17F41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C3E48E1995447EA1AC1FF328916DA318">
    <w:name w:val="7FC3E48E1995447EA1AC1FF328916DA31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5BE760B5C8C4D85907A2075E89A777B18">
    <w:name w:val="25BE760B5C8C4D85907A2075E89A777B1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76108DD7711498CB25BF608012A8A4E18">
    <w:name w:val="776108DD7711498CB25BF608012A8A4E1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6CC12900CC44F3D9DE77A7B79B945BA12">
    <w:name w:val="C6CC12900CC44F3D9DE77A7B79B945BA1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276950CE76A4F81AA02A207525E768E10">
    <w:name w:val="9276950CE76A4F81AA02A207525E768E1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A02CA2F3EFBB42589FF5E1473E96B16510">
    <w:name w:val="A02CA2F3EFBB42589FF5E1473E96B1651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AC0A73B3B24AC0A4C7E900D9B0D64410">
    <w:name w:val="11AC0A73B3B24AC0A4C7E900D9B0D6441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353143B004D4555AF8CEEFC94D1962735">
    <w:name w:val="1353143B004D4555AF8CEEFC94D196273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93005B02706493BA9B6D81D00B0F9EC35">
    <w:name w:val="D93005B02706493BA9B6D81D00B0F9EC3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87C354981AAE465FA18C79EB1444070632">
    <w:name w:val="87C354981AAE465FA18C79EB14440706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2A560853AEB42C4825830FD658104B831">
    <w:name w:val="F2A560853AEB42C4825830FD658104B8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B58DED94A810430CA640DC3E26E6BB9935">
    <w:name w:val="B58DED94A810430CA640DC3E26E6BB993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84624A7CB7F47E29B89176015CFA4AA27">
    <w:name w:val="984624A7CB7F47E29B89176015CFA4AA2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D7255E9DC0E40ECBC260DDFB15DCCF027">
    <w:name w:val="1D7255E9DC0E40ECBC260DDFB15DCCF02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0AD52106A5B2480BB6F32CCADE5F6E9227">
    <w:name w:val="0AD52106A5B2480BB6F32CCADE5F6E922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73044394984176A537D2BC7FBDB2C728">
    <w:name w:val="7F73044394984176A537D2BC7FBDB2C72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A736517CD67408D96DA88AA0C222CA935">
    <w:name w:val="FA736517CD67408D96DA88AA0C222CA93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4600F21A1D3484C8C76CE46E1CE104727">
    <w:name w:val="C4600F21A1D3484C8C76CE46E1CE10472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1995259DEBC4A378EEC37A75C79515B27">
    <w:name w:val="71995259DEBC4A378EEC37A75C79515B2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ED13C6D369684081B5BFDCEA011A0AF327">
    <w:name w:val="ED13C6D369684081B5BFDCEA011A0AF32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51DA0B5078F49CA9FD7BCC206ACF43027">
    <w:name w:val="351DA0B5078F49CA9FD7BCC206ACF4302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967DE460C6443308A7478911AF3793327">
    <w:name w:val="4967DE460C6443308A7478911AF379332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30E07DB57094CF29CB00DD0808B9A5635">
    <w:name w:val="330E07DB57094CF29CB00DD0808B9A563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BEBEC5429A4FAEAA9CC16C605979A735">
    <w:name w:val="11BEBEC5429A4FAEAA9CC16C605979A73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6B681DAE2364EB38F3A7F7C80ED33CE35">
    <w:name w:val="56B681DAE2364EB38F3A7F7C80ED33CE3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F36BF3DFBC4D528D1A2A5ABEC6333635">
    <w:name w:val="C0F36BF3DFBC4D528D1A2A5ABEC633363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24FDE17599C426CB6A932665086A4A418">
    <w:name w:val="D24FDE17599C426CB6A932665086A4A41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8CFAAFBC46B4656B8E888890076B4438">
    <w:name w:val="48CFAAFBC46B4656B8E888890076B443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4689DF3551A495B8165B33C428F58128">
    <w:name w:val="44689DF3551A495B8165B33C428F5812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A0385B64EF49F2816658ADAF8F90108">
    <w:name w:val="5EA0385B64EF49F2816658ADAF8F9010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8F5CA22BEB4B25B136974FD2105D468">
    <w:name w:val="5E8F5CA22BEB4B25B136974FD2105D46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99396EAFFE47AD862FCF721AF6D2A619">
    <w:name w:val="C099396EAFFE47AD862FCF721AF6D2A61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BF60DEBC22147F29CA71A8F5BCB17F419">
    <w:name w:val="FBF60DEBC22147F29CA71A8F5BCB17F41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C3E48E1995447EA1AC1FF328916DA319">
    <w:name w:val="7FC3E48E1995447EA1AC1FF328916DA31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5BE760B5C8C4D85907A2075E89A777B19">
    <w:name w:val="25BE760B5C8C4D85907A2075E89A777B1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76108DD7711498CB25BF608012A8A4E19">
    <w:name w:val="776108DD7711498CB25BF608012A8A4E1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6CC12900CC44F3D9DE77A7B79B945BA13">
    <w:name w:val="C6CC12900CC44F3D9DE77A7B79B945BA1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276950CE76A4F81AA02A207525E768E11">
    <w:name w:val="9276950CE76A4F81AA02A207525E768E1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A02CA2F3EFBB42589FF5E1473E96B16511">
    <w:name w:val="A02CA2F3EFBB42589FF5E1473E96B1651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AC0A73B3B24AC0A4C7E900D9B0D64411">
    <w:name w:val="11AC0A73B3B24AC0A4C7E900D9B0D6441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353143B004D4555AF8CEEFC94D1962736">
    <w:name w:val="1353143B004D4555AF8CEEFC94D196273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93005B02706493BA9B6D81D00B0F9EC36">
    <w:name w:val="D93005B02706493BA9B6D81D00B0F9EC3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87C354981AAE465FA18C79EB1444070633">
    <w:name w:val="87C354981AAE465FA18C79EB14440706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2A560853AEB42C4825830FD658104B832">
    <w:name w:val="F2A560853AEB42C4825830FD658104B8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B58DED94A810430CA640DC3E26E6BB9936">
    <w:name w:val="B58DED94A810430CA640DC3E26E6BB993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84624A7CB7F47E29B89176015CFA4AA28">
    <w:name w:val="984624A7CB7F47E29B89176015CFA4AA2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D7255E9DC0E40ECBC260DDFB15DCCF028">
    <w:name w:val="1D7255E9DC0E40ECBC260DDFB15DCCF02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0AD52106A5B2480BB6F32CCADE5F6E9228">
    <w:name w:val="0AD52106A5B2480BB6F32CCADE5F6E922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73044394984176A537D2BC7FBDB2C729">
    <w:name w:val="7F73044394984176A537D2BC7FBDB2C72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A736517CD67408D96DA88AA0C222CA936">
    <w:name w:val="FA736517CD67408D96DA88AA0C222CA93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4600F21A1D3484C8C76CE46E1CE104728">
    <w:name w:val="C4600F21A1D3484C8C76CE46E1CE10472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1995259DEBC4A378EEC37A75C79515B28">
    <w:name w:val="71995259DEBC4A378EEC37A75C79515B2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ED13C6D369684081B5BFDCEA011A0AF328">
    <w:name w:val="ED13C6D369684081B5BFDCEA011A0AF32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51DA0B5078F49CA9FD7BCC206ACF43028">
    <w:name w:val="351DA0B5078F49CA9FD7BCC206ACF4302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967DE460C6443308A7478911AF3793328">
    <w:name w:val="4967DE460C6443308A7478911AF379332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30E07DB57094CF29CB00DD0808B9A5636">
    <w:name w:val="330E07DB57094CF29CB00DD0808B9A563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BEBEC5429A4FAEAA9CC16C605979A736">
    <w:name w:val="11BEBEC5429A4FAEAA9CC16C605979A73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6B681DAE2364EB38F3A7F7C80ED33CE36">
    <w:name w:val="56B681DAE2364EB38F3A7F7C80ED33CE3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F36BF3DFBC4D528D1A2A5ABEC6333636">
    <w:name w:val="C0F36BF3DFBC4D528D1A2A5ABEC633363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24FDE17599C426CB6A932665086A4A419">
    <w:name w:val="D24FDE17599C426CB6A932665086A4A41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8CFAAFBC46B4656B8E888890076B4439">
    <w:name w:val="48CFAAFBC46B4656B8E888890076B443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4689DF3551A495B8165B33C428F58129">
    <w:name w:val="44689DF3551A495B8165B33C428F5812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A0385B64EF49F2816658ADAF8F90109">
    <w:name w:val="5EA0385B64EF49F2816658ADAF8F9010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8F5CA22BEB4B25B136974FD2105D469">
    <w:name w:val="5E8F5CA22BEB4B25B136974FD2105D46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99396EAFFE47AD862FCF721AF6D2A620">
    <w:name w:val="C099396EAFFE47AD862FCF721AF6D2A62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BF60DEBC22147F29CA71A8F5BCB17F420">
    <w:name w:val="FBF60DEBC22147F29CA71A8F5BCB17F42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C3E48E1995447EA1AC1FF328916DA320">
    <w:name w:val="7FC3E48E1995447EA1AC1FF328916DA32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5BE760B5C8C4D85907A2075E89A777B20">
    <w:name w:val="25BE760B5C8C4D85907A2075E89A777B2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76108DD7711498CB25BF608012A8A4E20">
    <w:name w:val="776108DD7711498CB25BF608012A8A4E2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6CC12900CC44F3D9DE77A7B79B945BA14">
    <w:name w:val="C6CC12900CC44F3D9DE77A7B79B945BA1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276950CE76A4F81AA02A207525E768E12">
    <w:name w:val="9276950CE76A4F81AA02A207525E768E1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A02CA2F3EFBB42589FF5E1473E96B16512">
    <w:name w:val="A02CA2F3EFBB42589FF5E1473E96B1651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AC0A73B3B24AC0A4C7E900D9B0D64412">
    <w:name w:val="11AC0A73B3B24AC0A4C7E900D9B0D6441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353143B004D4555AF8CEEFC94D1962737">
    <w:name w:val="1353143B004D4555AF8CEEFC94D196273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93005B02706493BA9B6D81D00B0F9EC37">
    <w:name w:val="D93005B02706493BA9B6D81D00B0F9EC3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87C354981AAE465FA18C79EB1444070634">
    <w:name w:val="87C354981AAE465FA18C79EB144407063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2A560853AEB42C4825830FD658104B833">
    <w:name w:val="F2A560853AEB42C4825830FD658104B8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B58DED94A810430CA640DC3E26E6BB9937">
    <w:name w:val="B58DED94A810430CA640DC3E26E6BB993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84624A7CB7F47E29B89176015CFA4AA29">
    <w:name w:val="984624A7CB7F47E29B89176015CFA4AA2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D7255E9DC0E40ECBC260DDFB15DCCF029">
    <w:name w:val="1D7255E9DC0E40ECBC260DDFB15DCCF02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0AD52106A5B2480BB6F32CCADE5F6E9229">
    <w:name w:val="0AD52106A5B2480BB6F32CCADE5F6E922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73044394984176A537D2BC7FBDB2C730">
    <w:name w:val="7F73044394984176A537D2BC7FBDB2C73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A736517CD67408D96DA88AA0C222CA937">
    <w:name w:val="FA736517CD67408D96DA88AA0C222CA93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4600F21A1D3484C8C76CE46E1CE104729">
    <w:name w:val="C4600F21A1D3484C8C76CE46E1CE10472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1995259DEBC4A378EEC37A75C79515B29">
    <w:name w:val="71995259DEBC4A378EEC37A75C79515B2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ED13C6D369684081B5BFDCEA011A0AF329">
    <w:name w:val="ED13C6D369684081B5BFDCEA011A0AF32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51DA0B5078F49CA9FD7BCC206ACF43029">
    <w:name w:val="351DA0B5078F49CA9FD7BCC206ACF4302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967DE460C6443308A7478911AF3793329">
    <w:name w:val="4967DE460C6443308A7478911AF379332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30E07DB57094CF29CB00DD0808B9A5637">
    <w:name w:val="330E07DB57094CF29CB00DD0808B9A563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BEBEC5429A4FAEAA9CC16C605979A737">
    <w:name w:val="11BEBEC5429A4FAEAA9CC16C605979A73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6B681DAE2364EB38F3A7F7C80ED33CE37">
    <w:name w:val="56B681DAE2364EB38F3A7F7C80ED33CE3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F36BF3DFBC4D528D1A2A5ABEC6333637">
    <w:name w:val="C0F36BF3DFBC4D528D1A2A5ABEC633363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24FDE17599C426CB6A932665086A4A420">
    <w:name w:val="D24FDE17599C426CB6A932665086A4A42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8CFAAFBC46B4656B8E888890076B44310">
    <w:name w:val="48CFAAFBC46B4656B8E888890076B4431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4689DF3551A495B8165B33C428F581210">
    <w:name w:val="44689DF3551A495B8165B33C428F58121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A0385B64EF49F2816658ADAF8F901010">
    <w:name w:val="5EA0385B64EF49F2816658ADAF8F90101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8F5CA22BEB4B25B136974FD2105D4610">
    <w:name w:val="5E8F5CA22BEB4B25B136974FD2105D461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99396EAFFE47AD862FCF721AF6D2A621">
    <w:name w:val="C099396EAFFE47AD862FCF721AF6D2A62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BF60DEBC22147F29CA71A8F5BCB17F421">
    <w:name w:val="FBF60DEBC22147F29CA71A8F5BCB17F42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C3E48E1995447EA1AC1FF328916DA321">
    <w:name w:val="7FC3E48E1995447EA1AC1FF328916DA32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5BE760B5C8C4D85907A2075E89A777B21">
    <w:name w:val="25BE760B5C8C4D85907A2075E89A777B2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76108DD7711498CB25BF608012A8A4E21">
    <w:name w:val="776108DD7711498CB25BF608012A8A4E2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6CC12900CC44F3D9DE77A7B79B945BA15">
    <w:name w:val="C6CC12900CC44F3D9DE77A7B79B945BA1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276950CE76A4F81AA02A207525E768E13">
    <w:name w:val="9276950CE76A4F81AA02A207525E768E1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A02CA2F3EFBB42589FF5E1473E96B16513">
    <w:name w:val="A02CA2F3EFBB42589FF5E1473E96B1651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AC0A73B3B24AC0A4C7E900D9B0D64413">
    <w:name w:val="11AC0A73B3B24AC0A4C7E900D9B0D6441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353143B004D4555AF8CEEFC94D1962738">
    <w:name w:val="1353143B004D4555AF8CEEFC94D196273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93005B02706493BA9B6D81D00B0F9EC38">
    <w:name w:val="D93005B02706493BA9B6D81D00B0F9EC3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87C354981AAE465FA18C79EB1444070635">
    <w:name w:val="87C354981AAE465FA18C79EB144407063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2A560853AEB42C4825830FD658104B834">
    <w:name w:val="F2A560853AEB42C4825830FD658104B83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B58DED94A810430CA640DC3E26E6BB9938">
    <w:name w:val="B58DED94A810430CA640DC3E26E6BB993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84624A7CB7F47E29B89176015CFA4AA30">
    <w:name w:val="984624A7CB7F47E29B89176015CFA4AA3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D7255E9DC0E40ECBC260DDFB15DCCF030">
    <w:name w:val="1D7255E9DC0E40ECBC260DDFB15DCCF03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0AD52106A5B2480BB6F32CCADE5F6E9230">
    <w:name w:val="0AD52106A5B2480BB6F32CCADE5F6E923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73044394984176A537D2BC7FBDB2C731">
    <w:name w:val="7F73044394984176A537D2BC7FBDB2C7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A736517CD67408D96DA88AA0C222CA938">
    <w:name w:val="FA736517CD67408D96DA88AA0C222CA93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4600F21A1D3484C8C76CE46E1CE104730">
    <w:name w:val="C4600F21A1D3484C8C76CE46E1CE10473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1995259DEBC4A378EEC37A75C79515B30">
    <w:name w:val="71995259DEBC4A378EEC37A75C79515B3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ED13C6D369684081B5BFDCEA011A0AF330">
    <w:name w:val="ED13C6D369684081B5BFDCEA011A0AF33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51DA0B5078F49CA9FD7BCC206ACF43030">
    <w:name w:val="351DA0B5078F49CA9FD7BCC206ACF4303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967DE460C6443308A7478911AF3793330">
    <w:name w:val="4967DE460C6443308A7478911AF379333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BEBEC5429A4FAEAA9CC16C605979A738">
    <w:name w:val="11BEBEC5429A4FAEAA9CC16C605979A73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6B681DAE2364EB38F3A7F7C80ED33CE38">
    <w:name w:val="56B681DAE2364EB38F3A7F7C80ED33CE3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F36BF3DFBC4D528D1A2A5ABEC6333638">
    <w:name w:val="C0F36BF3DFBC4D528D1A2A5ABEC633363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24FDE17599C426CB6A932665086A4A421">
    <w:name w:val="D24FDE17599C426CB6A932665086A4A42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8CFAAFBC46B4656B8E888890076B44311">
    <w:name w:val="48CFAAFBC46B4656B8E888890076B4431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4689DF3551A495B8165B33C428F581211">
    <w:name w:val="44689DF3551A495B8165B33C428F58121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A0385B64EF49F2816658ADAF8F901011">
    <w:name w:val="5EA0385B64EF49F2816658ADAF8F90101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8F5CA22BEB4B25B136974FD2105D4611">
    <w:name w:val="5E8F5CA22BEB4B25B136974FD2105D461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99396EAFFE47AD862FCF721AF6D2A622">
    <w:name w:val="C099396EAFFE47AD862FCF721AF6D2A62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BF60DEBC22147F29CA71A8F5BCB17F422">
    <w:name w:val="FBF60DEBC22147F29CA71A8F5BCB17F42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C3E48E1995447EA1AC1FF328916DA322">
    <w:name w:val="7FC3E48E1995447EA1AC1FF328916DA32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5BE760B5C8C4D85907A2075E89A777B22">
    <w:name w:val="25BE760B5C8C4D85907A2075E89A777B2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76108DD7711498CB25BF608012A8A4E22">
    <w:name w:val="776108DD7711498CB25BF608012A8A4E2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6CC12900CC44F3D9DE77A7B79B945BA16">
    <w:name w:val="C6CC12900CC44F3D9DE77A7B79B945BA1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276950CE76A4F81AA02A207525E768E14">
    <w:name w:val="9276950CE76A4F81AA02A207525E768E1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A02CA2F3EFBB42589FF5E1473E96B16514">
    <w:name w:val="A02CA2F3EFBB42589FF5E1473E96B1651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AC0A73B3B24AC0A4C7E900D9B0D64414">
    <w:name w:val="11AC0A73B3B24AC0A4C7E900D9B0D6441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353143B004D4555AF8CEEFC94D1962739">
    <w:name w:val="1353143B004D4555AF8CEEFC94D196273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93005B02706493BA9B6D81D00B0F9EC39">
    <w:name w:val="D93005B02706493BA9B6D81D00B0F9EC3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87C354981AAE465FA18C79EB1444070636">
    <w:name w:val="87C354981AAE465FA18C79EB144407063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2A560853AEB42C4825830FD658104B835">
    <w:name w:val="F2A560853AEB42C4825830FD658104B83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B58DED94A810430CA640DC3E26E6BB9939">
    <w:name w:val="B58DED94A810430CA640DC3E26E6BB993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84624A7CB7F47E29B89176015CFA4AA31">
    <w:name w:val="984624A7CB7F47E29B89176015CFA4AA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D7255E9DC0E40ECBC260DDFB15DCCF031">
    <w:name w:val="1D7255E9DC0E40ECBC260DDFB15DCCF0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0AD52106A5B2480BB6F32CCADE5F6E9231">
    <w:name w:val="0AD52106A5B2480BB6F32CCADE5F6E92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73044394984176A537D2BC7FBDB2C732">
    <w:name w:val="7F73044394984176A537D2BC7FBDB2C7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A736517CD67408D96DA88AA0C222CA939">
    <w:name w:val="FA736517CD67408D96DA88AA0C222CA93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4600F21A1D3484C8C76CE46E1CE104731">
    <w:name w:val="C4600F21A1D3484C8C76CE46E1CE1047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1995259DEBC4A378EEC37A75C79515B31">
    <w:name w:val="71995259DEBC4A378EEC37A75C79515B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ED13C6D369684081B5BFDCEA011A0AF331">
    <w:name w:val="ED13C6D369684081B5BFDCEA011A0AF3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51DA0B5078F49CA9FD7BCC206ACF43031">
    <w:name w:val="351DA0B5078F49CA9FD7BCC206ACF430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967DE460C6443308A7478911AF3793331">
    <w:name w:val="4967DE460C6443308A7478911AF379333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BEBEC5429A4FAEAA9CC16C605979A739">
    <w:name w:val="11BEBEC5429A4FAEAA9CC16C605979A73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6B681DAE2364EB38F3A7F7C80ED33CE39">
    <w:name w:val="56B681DAE2364EB38F3A7F7C80ED33CE3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F36BF3DFBC4D528D1A2A5ABEC6333639">
    <w:name w:val="C0F36BF3DFBC4D528D1A2A5ABEC633363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24FDE17599C426CB6A932665086A4A422">
    <w:name w:val="D24FDE17599C426CB6A932665086A4A42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8CFAAFBC46B4656B8E888890076B44312">
    <w:name w:val="48CFAAFBC46B4656B8E888890076B4431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4689DF3551A495B8165B33C428F581212">
    <w:name w:val="44689DF3551A495B8165B33C428F58121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A0385B64EF49F2816658ADAF8F901012">
    <w:name w:val="5EA0385B64EF49F2816658ADAF8F90101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8F5CA22BEB4B25B136974FD2105D4612">
    <w:name w:val="5E8F5CA22BEB4B25B136974FD2105D461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99396EAFFE47AD862FCF721AF6D2A623">
    <w:name w:val="C099396EAFFE47AD862FCF721AF6D2A62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BF60DEBC22147F29CA71A8F5BCB17F423">
    <w:name w:val="FBF60DEBC22147F29CA71A8F5BCB17F42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C3E48E1995447EA1AC1FF328916DA323">
    <w:name w:val="7FC3E48E1995447EA1AC1FF328916DA32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5BE760B5C8C4D85907A2075E89A777B23">
    <w:name w:val="25BE760B5C8C4D85907A2075E89A777B2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76108DD7711498CB25BF608012A8A4E23">
    <w:name w:val="776108DD7711498CB25BF608012A8A4E2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6CC12900CC44F3D9DE77A7B79B945BA17">
    <w:name w:val="C6CC12900CC44F3D9DE77A7B79B945BA1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276950CE76A4F81AA02A207525E768E15">
    <w:name w:val="9276950CE76A4F81AA02A207525E768E1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A02CA2F3EFBB42589FF5E1473E96B16515">
    <w:name w:val="A02CA2F3EFBB42589FF5E1473E96B1651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AC0A73B3B24AC0A4C7E900D9B0D64415">
    <w:name w:val="11AC0A73B3B24AC0A4C7E900D9B0D6441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353143B004D4555AF8CEEFC94D1962740">
    <w:name w:val="1353143B004D4555AF8CEEFC94D196274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93005B02706493BA9B6D81D00B0F9EC40">
    <w:name w:val="D93005B02706493BA9B6D81D00B0F9EC4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87C354981AAE465FA18C79EB1444070637">
    <w:name w:val="87C354981AAE465FA18C79EB144407063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2A560853AEB42C4825830FD658104B836">
    <w:name w:val="F2A560853AEB42C4825830FD658104B83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B58DED94A810430CA640DC3E26E6BB9940">
    <w:name w:val="B58DED94A810430CA640DC3E26E6BB994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84624A7CB7F47E29B89176015CFA4AA32">
    <w:name w:val="984624A7CB7F47E29B89176015CFA4AA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D7255E9DC0E40ECBC260DDFB15DCCF032">
    <w:name w:val="1D7255E9DC0E40ECBC260DDFB15DCCF0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0AD52106A5B2480BB6F32CCADE5F6E9232">
    <w:name w:val="0AD52106A5B2480BB6F32CCADE5F6E92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73044394984176A537D2BC7FBDB2C733">
    <w:name w:val="7F73044394984176A537D2BC7FBDB2C7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A736517CD67408D96DA88AA0C222CA940">
    <w:name w:val="FA736517CD67408D96DA88AA0C222CA94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4600F21A1D3484C8C76CE46E1CE104732">
    <w:name w:val="C4600F21A1D3484C8C76CE46E1CE1047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1995259DEBC4A378EEC37A75C79515B32">
    <w:name w:val="71995259DEBC4A378EEC37A75C79515B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ED13C6D369684081B5BFDCEA011A0AF332">
    <w:name w:val="ED13C6D369684081B5BFDCEA011A0AF3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51DA0B5078F49CA9FD7BCC206ACF43032">
    <w:name w:val="351DA0B5078F49CA9FD7BCC206ACF430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967DE460C6443308A7478911AF3793332">
    <w:name w:val="4967DE460C6443308A7478911AF3793332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BEBEC5429A4FAEAA9CC16C605979A740">
    <w:name w:val="11BEBEC5429A4FAEAA9CC16C605979A74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6B681DAE2364EB38F3A7F7C80ED33CE40">
    <w:name w:val="56B681DAE2364EB38F3A7F7C80ED33CE4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F36BF3DFBC4D528D1A2A5ABEC6333640">
    <w:name w:val="C0F36BF3DFBC4D528D1A2A5ABEC6333640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24FDE17599C426CB6A932665086A4A423">
    <w:name w:val="D24FDE17599C426CB6A932665086A4A42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8CFAAFBC46B4656B8E888890076B44313">
    <w:name w:val="48CFAAFBC46B4656B8E888890076B4431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4689DF3551A495B8165B33C428F581213">
    <w:name w:val="44689DF3551A495B8165B33C428F58121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A0385B64EF49F2816658ADAF8F901013">
    <w:name w:val="5EA0385B64EF49F2816658ADAF8F90101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8F5CA22BEB4B25B136974FD2105D4613">
    <w:name w:val="5E8F5CA22BEB4B25B136974FD2105D461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99396EAFFE47AD862FCF721AF6D2A624">
    <w:name w:val="C099396EAFFE47AD862FCF721AF6D2A62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BF60DEBC22147F29CA71A8F5BCB17F424">
    <w:name w:val="FBF60DEBC22147F29CA71A8F5BCB17F42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C3E48E1995447EA1AC1FF328916DA324">
    <w:name w:val="7FC3E48E1995447EA1AC1FF328916DA32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5BE760B5C8C4D85907A2075E89A777B24">
    <w:name w:val="25BE760B5C8C4D85907A2075E89A777B2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76108DD7711498CB25BF608012A8A4E24">
    <w:name w:val="776108DD7711498CB25BF608012A8A4E2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6CC12900CC44F3D9DE77A7B79B945BA18">
    <w:name w:val="C6CC12900CC44F3D9DE77A7B79B945BA1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276950CE76A4F81AA02A207525E768E16">
    <w:name w:val="9276950CE76A4F81AA02A207525E768E1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A02CA2F3EFBB42589FF5E1473E96B16516">
    <w:name w:val="A02CA2F3EFBB42589FF5E1473E96B1651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AC0A73B3B24AC0A4C7E900D9B0D64416">
    <w:name w:val="11AC0A73B3B24AC0A4C7E900D9B0D64416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353143B004D4555AF8CEEFC94D1962741">
    <w:name w:val="1353143B004D4555AF8CEEFC94D196274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93005B02706493BA9B6D81D00B0F9EC41">
    <w:name w:val="D93005B02706493BA9B6D81D00B0F9EC4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87C354981AAE465FA18C79EB1444070638">
    <w:name w:val="87C354981AAE465FA18C79EB1444070638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2A560853AEB42C4825830FD658104B837">
    <w:name w:val="F2A560853AEB42C4825830FD658104B83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B58DED94A810430CA640DC3E26E6BB9941">
    <w:name w:val="B58DED94A810430CA640DC3E26E6BB994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84624A7CB7F47E29B89176015CFA4AA33">
    <w:name w:val="984624A7CB7F47E29B89176015CFA4AA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D7255E9DC0E40ECBC260DDFB15DCCF033">
    <w:name w:val="1D7255E9DC0E40ECBC260DDFB15DCCF0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0AD52106A5B2480BB6F32CCADE5F6E9233">
    <w:name w:val="0AD52106A5B2480BB6F32CCADE5F6E92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73044394984176A537D2BC7FBDB2C734">
    <w:name w:val="7F73044394984176A537D2BC7FBDB2C73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A736517CD67408D96DA88AA0C222CA941">
    <w:name w:val="FA736517CD67408D96DA88AA0C222CA94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4600F21A1D3484C8C76CE46E1CE104733">
    <w:name w:val="C4600F21A1D3484C8C76CE46E1CE1047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1995259DEBC4A378EEC37A75C79515B33">
    <w:name w:val="71995259DEBC4A378EEC37A75C79515B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ED13C6D369684081B5BFDCEA011A0AF333">
    <w:name w:val="ED13C6D369684081B5BFDCEA011A0AF3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51DA0B5078F49CA9FD7BCC206ACF43033">
    <w:name w:val="351DA0B5078F49CA9FD7BCC206ACF430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967DE460C6443308A7478911AF3793333">
    <w:name w:val="4967DE460C6443308A7478911AF3793333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BEBEC5429A4FAEAA9CC16C605979A741">
    <w:name w:val="11BEBEC5429A4FAEAA9CC16C605979A74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6B681DAE2364EB38F3A7F7C80ED33CE41">
    <w:name w:val="56B681DAE2364EB38F3A7F7C80ED33CE4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F36BF3DFBC4D528D1A2A5ABEC6333641">
    <w:name w:val="C0F36BF3DFBC4D528D1A2A5ABEC6333641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24FDE17599C426CB6A932665086A4A424">
    <w:name w:val="D24FDE17599C426CB6A932665086A4A42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8CFAAFBC46B4656B8E888890076B44314">
    <w:name w:val="48CFAAFBC46B4656B8E888890076B4431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4689DF3551A495B8165B33C428F581214">
    <w:name w:val="44689DF3551A495B8165B33C428F58121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A0385B64EF49F2816658ADAF8F901014">
    <w:name w:val="5EA0385B64EF49F2816658ADAF8F90101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8F5CA22BEB4B25B136974FD2105D4614">
    <w:name w:val="5E8F5CA22BEB4B25B136974FD2105D4614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99396EAFFE47AD862FCF721AF6D2A625">
    <w:name w:val="C099396EAFFE47AD862FCF721AF6D2A62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C3E48E1995447EA1AC1FF328916DA325">
    <w:name w:val="7FC3E48E1995447EA1AC1FF328916DA32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5BE760B5C8C4D85907A2075E89A777B25">
    <w:name w:val="25BE760B5C8C4D85907A2075E89A777B25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6CC12900CC44F3D9DE77A7B79B945BA19">
    <w:name w:val="C6CC12900CC44F3D9DE77A7B79B945BA19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276950CE76A4F81AA02A207525E768E17">
    <w:name w:val="9276950CE76A4F81AA02A207525E768E1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A02CA2F3EFBB42589FF5E1473E96B16517">
    <w:name w:val="A02CA2F3EFBB42589FF5E1473E96B1651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AC0A73B3B24AC0A4C7E900D9B0D64417">
    <w:name w:val="11AC0A73B3B24AC0A4C7E900D9B0D64417"/>
    <w:rsid w:val="00672A1A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081C10B906640AD8164D231C603E8EF">
    <w:name w:val="1081C10B906640AD8164D231C603E8EF"/>
    <w:rsid w:val="00672A1A"/>
  </w:style>
  <w:style w:type="paragraph" w:customStyle="1" w:styleId="CCB6C57723794F528EE6C2A28FA5154C">
    <w:name w:val="CCB6C57723794F528EE6C2A28FA5154C"/>
    <w:rsid w:val="00672A1A"/>
  </w:style>
  <w:style w:type="paragraph" w:customStyle="1" w:styleId="5100C7367C9E40859B6C978B2769D161">
    <w:name w:val="5100C7367C9E40859B6C978B2769D161"/>
    <w:rsid w:val="00672A1A"/>
  </w:style>
  <w:style w:type="paragraph" w:customStyle="1" w:styleId="765A4BFFB81C4109BA7869A72188F9FE">
    <w:name w:val="765A4BFFB81C4109BA7869A72188F9FE"/>
    <w:rsid w:val="00672A1A"/>
  </w:style>
  <w:style w:type="paragraph" w:customStyle="1" w:styleId="6B16F0D001D04B089D872B0D515E5E73">
    <w:name w:val="6B16F0D001D04B089D872B0D515E5E73"/>
    <w:rsid w:val="007839AB"/>
  </w:style>
  <w:style w:type="paragraph" w:customStyle="1" w:styleId="1353143B004D4555AF8CEEFC94D1962742">
    <w:name w:val="1353143B004D4555AF8CEEFC94D1962742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93005B02706493BA9B6D81D00B0F9EC42">
    <w:name w:val="D93005B02706493BA9B6D81D00B0F9EC42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6B16F0D001D04B089D872B0D515E5E731">
    <w:name w:val="6B16F0D001D04B089D872B0D515E5E731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87C354981AAE465FA18C79EB1444070639">
    <w:name w:val="87C354981AAE465FA18C79EB1444070639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2A560853AEB42C4825830FD658104B838">
    <w:name w:val="F2A560853AEB42C4825830FD658104B838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84624A7CB7F47E29B89176015CFA4AA34">
    <w:name w:val="984624A7CB7F47E29B89176015CFA4AA34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D7255E9DC0E40ECBC260DDFB15DCCF034">
    <w:name w:val="1D7255E9DC0E40ECBC260DDFB15DCCF034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081C10B906640AD8164D231C603E8EF1">
    <w:name w:val="1081C10B906640AD8164D231C603E8EF1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0AD52106A5B2480BB6F32CCADE5F6E9234">
    <w:name w:val="0AD52106A5B2480BB6F32CCADE5F6E9234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73044394984176A537D2BC7FBDB2C735">
    <w:name w:val="7F73044394984176A537D2BC7FBDB2C735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A736517CD67408D96DA88AA0C222CA942">
    <w:name w:val="FA736517CD67408D96DA88AA0C222CA942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4600F21A1D3484C8C76CE46E1CE104734">
    <w:name w:val="C4600F21A1D3484C8C76CE46E1CE104734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1995259DEBC4A378EEC37A75C79515B34">
    <w:name w:val="71995259DEBC4A378EEC37A75C79515B34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51DA0B5078F49CA9FD7BCC206ACF43034">
    <w:name w:val="351DA0B5078F49CA9FD7BCC206ACF43034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967DE460C6443308A7478911AF3793334">
    <w:name w:val="4967DE460C6443308A7478911AF3793334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CB6C57723794F528EE6C2A28FA5154C1">
    <w:name w:val="CCB6C57723794F528EE6C2A28FA5154C1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BEBEC5429A4FAEAA9CC16C605979A742">
    <w:name w:val="11BEBEC5429A4FAEAA9CC16C605979A742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6B681DAE2364EB38F3A7F7C80ED33CE42">
    <w:name w:val="56B681DAE2364EB38F3A7F7C80ED33CE42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F36BF3DFBC4D528D1A2A5ABEC6333642">
    <w:name w:val="C0F36BF3DFBC4D528D1A2A5ABEC6333642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24FDE17599C426CB6A932665086A4A425">
    <w:name w:val="D24FDE17599C426CB6A932665086A4A425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8CFAAFBC46B4656B8E888890076B44315">
    <w:name w:val="48CFAAFBC46B4656B8E888890076B44315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4689DF3551A495B8165B33C428F581215">
    <w:name w:val="44689DF3551A495B8165B33C428F581215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A0385B64EF49F2816658ADAF8F901015">
    <w:name w:val="5EA0385B64EF49F2816658ADAF8F901015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8F5CA22BEB4B25B136974FD2105D4615">
    <w:name w:val="5E8F5CA22BEB4B25B136974FD2105D4615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99396EAFFE47AD862FCF721AF6D2A626">
    <w:name w:val="C099396EAFFE47AD862FCF721AF6D2A626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C3E48E1995447EA1AC1FF328916DA326">
    <w:name w:val="7FC3E48E1995447EA1AC1FF328916DA326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5BE760B5C8C4D85907A2075E89A777B26">
    <w:name w:val="25BE760B5C8C4D85907A2075E89A777B26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6CC12900CC44F3D9DE77A7B79B945BA20">
    <w:name w:val="C6CC12900CC44F3D9DE77A7B79B945BA20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276950CE76A4F81AA02A207525E768E18">
    <w:name w:val="9276950CE76A4F81AA02A207525E768E18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A02CA2F3EFBB42589FF5E1473E96B16518">
    <w:name w:val="A02CA2F3EFBB42589FF5E1473E96B16518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AC0A73B3B24AC0A4C7E900D9B0D64418">
    <w:name w:val="11AC0A73B3B24AC0A4C7E900D9B0D64418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353143B004D4555AF8CEEFC94D1962743">
    <w:name w:val="1353143B004D4555AF8CEEFC94D1962743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93005B02706493BA9B6D81D00B0F9EC43">
    <w:name w:val="D93005B02706493BA9B6D81D00B0F9EC43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6B16F0D001D04B089D872B0D515E5E732">
    <w:name w:val="6B16F0D001D04B089D872B0D515E5E732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87C354981AAE465FA18C79EB1444070640">
    <w:name w:val="87C354981AAE465FA18C79EB1444070640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2A560853AEB42C4825830FD658104B839">
    <w:name w:val="F2A560853AEB42C4825830FD658104B839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84624A7CB7F47E29B89176015CFA4AA35">
    <w:name w:val="984624A7CB7F47E29B89176015CFA4AA35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D7255E9DC0E40ECBC260DDFB15DCCF035">
    <w:name w:val="1D7255E9DC0E40ECBC260DDFB15DCCF035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081C10B906640AD8164D231C603E8EF2">
    <w:name w:val="1081C10B906640AD8164D231C603E8EF2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0AD52106A5B2480BB6F32CCADE5F6E9235">
    <w:name w:val="0AD52106A5B2480BB6F32CCADE5F6E9235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73044394984176A537D2BC7FBDB2C736">
    <w:name w:val="7F73044394984176A537D2BC7FBDB2C736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A736517CD67408D96DA88AA0C222CA943">
    <w:name w:val="FA736517CD67408D96DA88AA0C222CA943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4600F21A1D3484C8C76CE46E1CE104735">
    <w:name w:val="C4600F21A1D3484C8C76CE46E1CE104735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1995259DEBC4A378EEC37A75C79515B35">
    <w:name w:val="71995259DEBC4A378EEC37A75C79515B35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51DA0B5078F49CA9FD7BCC206ACF43035">
    <w:name w:val="351DA0B5078F49CA9FD7BCC206ACF43035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967DE460C6443308A7478911AF3793335">
    <w:name w:val="4967DE460C6443308A7478911AF3793335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CB6C57723794F528EE6C2A28FA5154C2">
    <w:name w:val="CCB6C57723794F528EE6C2A28FA5154C2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BEBEC5429A4FAEAA9CC16C605979A743">
    <w:name w:val="11BEBEC5429A4FAEAA9CC16C605979A743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6B681DAE2364EB38F3A7F7C80ED33CE43">
    <w:name w:val="56B681DAE2364EB38F3A7F7C80ED33CE43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F36BF3DFBC4D528D1A2A5ABEC6333643">
    <w:name w:val="C0F36BF3DFBC4D528D1A2A5ABEC6333643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24FDE17599C426CB6A932665086A4A426">
    <w:name w:val="D24FDE17599C426CB6A932665086A4A426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8CFAAFBC46B4656B8E888890076B44316">
    <w:name w:val="48CFAAFBC46B4656B8E888890076B44316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4689DF3551A495B8165B33C428F581216">
    <w:name w:val="44689DF3551A495B8165B33C428F581216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A0385B64EF49F2816658ADAF8F901016">
    <w:name w:val="5EA0385B64EF49F2816658ADAF8F901016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E8F5CA22BEB4B25B136974FD2105D4616">
    <w:name w:val="5E8F5CA22BEB4B25B136974FD2105D4616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99396EAFFE47AD862FCF721AF6D2A627">
    <w:name w:val="C099396EAFFE47AD862FCF721AF6D2A627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C3E48E1995447EA1AC1FF328916DA327">
    <w:name w:val="7FC3E48E1995447EA1AC1FF328916DA327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5BE760B5C8C4D85907A2075E89A777B27">
    <w:name w:val="25BE760B5C8C4D85907A2075E89A777B27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6CC12900CC44F3D9DE77A7B79B945BA21">
    <w:name w:val="C6CC12900CC44F3D9DE77A7B79B945BA21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276950CE76A4F81AA02A207525E768E19">
    <w:name w:val="9276950CE76A4F81AA02A207525E768E19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A02CA2F3EFBB42589FF5E1473E96B16519">
    <w:name w:val="A02CA2F3EFBB42589FF5E1473E96B16519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AC0A73B3B24AC0A4C7E900D9B0D64419">
    <w:name w:val="11AC0A73B3B24AC0A4C7E900D9B0D64419"/>
    <w:rsid w:val="007839AB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B8201125CC6746C9AF339439E5E8F781">
    <w:name w:val="B8201125CC6746C9AF339439E5E8F781"/>
    <w:rsid w:val="003D68B6"/>
  </w:style>
  <w:style w:type="paragraph" w:customStyle="1" w:styleId="36F8860CB0FC4508844000ACDB486C10">
    <w:name w:val="36F8860CB0FC4508844000ACDB486C10"/>
    <w:rsid w:val="003D68B6"/>
  </w:style>
  <w:style w:type="paragraph" w:customStyle="1" w:styleId="1353143B004D4555AF8CEEFC94D1962744">
    <w:name w:val="1353143B004D4555AF8CEEFC94D1962744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93005B02706493BA9B6D81D00B0F9EC44">
    <w:name w:val="D93005B02706493BA9B6D81D00B0F9EC44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6B16F0D001D04B089D872B0D515E5E733">
    <w:name w:val="6B16F0D001D04B089D872B0D515E5E733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87C354981AAE465FA18C79EB1444070641">
    <w:name w:val="87C354981AAE465FA18C79EB1444070641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6F8860CB0FC4508844000ACDB486C101">
    <w:name w:val="36F8860CB0FC4508844000ACDB486C101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2A560853AEB42C4825830FD658104B840">
    <w:name w:val="F2A560853AEB42C4825830FD658104B840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84624A7CB7F47E29B89176015CFA4AA36">
    <w:name w:val="984624A7CB7F47E29B89176015CFA4AA36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D7255E9DC0E40ECBC260DDFB15DCCF036">
    <w:name w:val="1D7255E9DC0E40ECBC260DDFB15DCCF036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081C10B906640AD8164D231C603E8EF3">
    <w:name w:val="1081C10B906640AD8164D231C603E8EF3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0AD52106A5B2480BB6F32CCADE5F6E9236">
    <w:name w:val="0AD52106A5B2480BB6F32CCADE5F6E9236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73044394984176A537D2BC7FBDB2C737">
    <w:name w:val="7F73044394984176A537D2BC7FBDB2C737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FA736517CD67408D96DA88AA0C222CA944">
    <w:name w:val="FA736517CD67408D96DA88AA0C222CA944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4600F21A1D3484C8C76CE46E1CE104736">
    <w:name w:val="C4600F21A1D3484C8C76CE46E1CE104736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1995259DEBC4A378EEC37A75C79515B36">
    <w:name w:val="71995259DEBC4A378EEC37A75C79515B36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351DA0B5078F49CA9FD7BCC206ACF43036">
    <w:name w:val="351DA0B5078F49CA9FD7BCC206ACF43036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4967DE460C6443308A7478911AF3793336">
    <w:name w:val="4967DE460C6443308A7478911AF3793336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CB6C57723794F528EE6C2A28FA5154C3">
    <w:name w:val="CCB6C57723794F528EE6C2A28FA5154C3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BEBEC5429A4FAEAA9CC16C605979A744">
    <w:name w:val="11BEBEC5429A4FAEAA9CC16C605979A744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56B681DAE2364EB38F3A7F7C80ED33CE44">
    <w:name w:val="56B681DAE2364EB38F3A7F7C80ED33CE44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F36BF3DFBC4D528D1A2A5ABEC6333644">
    <w:name w:val="C0F36BF3DFBC4D528D1A2A5ABEC6333644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D24FDE17599C426CB6A932665086A4A427">
    <w:name w:val="D24FDE17599C426CB6A932665086A4A427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099396EAFFE47AD862FCF721AF6D2A628">
    <w:name w:val="C099396EAFFE47AD862FCF721AF6D2A628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7FC3E48E1995447EA1AC1FF328916DA328">
    <w:name w:val="7FC3E48E1995447EA1AC1FF328916DA328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25BE760B5C8C4D85907A2075E89A777B28">
    <w:name w:val="25BE760B5C8C4D85907A2075E89A777B28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C6CC12900CC44F3D9DE77A7B79B945BA22">
    <w:name w:val="C6CC12900CC44F3D9DE77A7B79B945BA22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9276950CE76A4F81AA02A207525E768E20">
    <w:name w:val="9276950CE76A4F81AA02A207525E768E20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A02CA2F3EFBB42589FF5E1473E96B16520">
    <w:name w:val="A02CA2F3EFBB42589FF5E1473E96B16520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paragraph" w:customStyle="1" w:styleId="11AC0A73B3B24AC0A4C7E900D9B0D64420">
    <w:name w:val="11AC0A73B3B24AC0A4C7E900D9B0D64420"/>
    <w:rsid w:val="00806E74"/>
    <w:pPr>
      <w:spacing w:after="80" w:line="264" w:lineRule="auto"/>
    </w:pPr>
    <w:rPr>
      <w:rFonts w:ascii="Times New Roman" w:eastAsia="Times New Roman" w:hAnsi="Times New Roman" w:cs="Times New Roman"/>
      <w:color w:val="00000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DF351C7-37B8-4968-B425-B62C01C33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1910</Words>
  <Characters>10889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Приложение № 2и – Обяснителна записка за инвестиционната политика 2027–2029 г.</vt:lpstr>
    </vt:vector>
  </TitlesOfParts>
  <Manager/>
  <Company/>
  <LinksUpToDate>false</LinksUpToDate>
  <CharactersWithSpaces>12774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2и – Обяснителна записка за инвестиционната политика 2027–2029 г.</dc:title>
  <dc:subject>Бюджетна процедура за 2027 г.; приложения № 2иа, № 2иб и № 2ив</dc:subject>
  <dc:creator>Министерство на финансите</dc:creator>
  <cp:keywords>инвестиционна политика, бюджет 2027, приложение 2и, 2иа, 2иб, 2ив</cp:keywords>
  <dc:description>generated by python-docx</dc:description>
  <cp:lastModifiedBy>СПУКИ</cp:lastModifiedBy>
  <cp:revision>11</cp:revision>
  <dcterms:created xsi:type="dcterms:W3CDTF">2026-08-20T11:08:00Z</dcterms:created>
  <dcterms:modified xsi:type="dcterms:W3CDTF">2026-08-20T13:43:00Z</dcterms:modified>
  <cp:category/>
</cp:coreProperties>
</file>